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99C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SMART HOUSE VENT SYSTEM DOO</w:t>
      </w:r>
    </w:p>
    <w:p w14:paraId="3EC2DE87" w14:textId="557D628E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Email: </w:t>
      </w:r>
      <w:r w:rsidR="005F4B37" w:rsidRPr="006C0A2C">
        <w:rPr>
          <w:rFonts w:ascii="Garamond" w:hAnsi="Garamond"/>
          <w:sz w:val="24"/>
          <w:szCs w:val="24"/>
        </w:rPr>
        <w:t>officeshvsystem</w:t>
      </w:r>
      <w:r w:rsidRPr="006C0A2C">
        <w:rPr>
          <w:rFonts w:ascii="Garamond" w:hAnsi="Garamond"/>
          <w:sz w:val="24"/>
          <w:szCs w:val="24"/>
        </w:rPr>
        <w:t>@gmail.com</w:t>
      </w:r>
    </w:p>
    <w:p w14:paraId="54DFB137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Br. računa: 160-6000002311495-94</w:t>
      </w:r>
    </w:p>
    <w:p w14:paraId="249E727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Matični broj: 22111779</w:t>
      </w:r>
    </w:p>
    <w:p w14:paraId="6D99C66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Ulica: Petra Kočića br.14</w:t>
      </w:r>
    </w:p>
    <w:p w14:paraId="3F5E07D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PIB: 115076377</w:t>
      </w:r>
    </w:p>
    <w:p w14:paraId="156048AF" w14:textId="15E3B0D5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Tel: </w:t>
      </w:r>
      <w:r w:rsidR="006C0A2C">
        <w:rPr>
          <w:rFonts w:ascii="Garamond" w:hAnsi="Garamond"/>
          <w:sz w:val="24"/>
          <w:szCs w:val="24"/>
        </w:rPr>
        <w:t>0692105554</w:t>
      </w:r>
    </w:p>
    <w:p w14:paraId="29D1192C" w14:textId="77777777" w:rsidR="006C3F10" w:rsidRPr="006C0A2C" w:rsidRDefault="006C3F10">
      <w:pPr>
        <w:rPr>
          <w:rFonts w:ascii="Garamond" w:hAnsi="Garamond"/>
          <w:sz w:val="24"/>
          <w:szCs w:val="24"/>
        </w:rPr>
      </w:pPr>
    </w:p>
    <w:p w14:paraId="55BF7E48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ZAKLJUČNICA / UGOVOR br. 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6C3F10" w:rsidRPr="006C0A2C" w14:paraId="302CFE9B" w14:textId="77777777">
        <w:tc>
          <w:tcPr>
            <w:tcW w:w="4320" w:type="dxa"/>
          </w:tcPr>
          <w:p w14:paraId="2E5C6D1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Mesto i datum: ______________________________</w:t>
            </w:r>
          </w:p>
        </w:tc>
        <w:tc>
          <w:tcPr>
            <w:tcW w:w="4320" w:type="dxa"/>
          </w:tcPr>
          <w:p w14:paraId="2AD1080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ONLINE (po potrebi): ________________________</w:t>
            </w:r>
          </w:p>
        </w:tc>
      </w:tr>
    </w:tbl>
    <w:p w14:paraId="49305DE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UGOVOR POPUNITI ČITKO VELIKIM ŠTAMPANIM SLOVIMA</w:t>
      </w:r>
    </w:p>
    <w:p w14:paraId="5F8EEF02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Podaci o kupcu / firmi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C3F10" w:rsidRPr="006C0A2C" w14:paraId="083D422D" w14:textId="77777777">
        <w:tc>
          <w:tcPr>
            <w:tcW w:w="4320" w:type="dxa"/>
          </w:tcPr>
          <w:p w14:paraId="0974113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Ime i prezime kupca / naziv firme</w:t>
            </w:r>
          </w:p>
        </w:tc>
        <w:tc>
          <w:tcPr>
            <w:tcW w:w="4320" w:type="dxa"/>
          </w:tcPr>
          <w:p w14:paraId="44C6587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8C912AE" w14:textId="77777777">
        <w:tc>
          <w:tcPr>
            <w:tcW w:w="4320" w:type="dxa"/>
          </w:tcPr>
          <w:p w14:paraId="3120638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JMBG / PIB</w:t>
            </w:r>
          </w:p>
        </w:tc>
        <w:tc>
          <w:tcPr>
            <w:tcW w:w="4320" w:type="dxa"/>
          </w:tcPr>
          <w:p w14:paraId="42963DA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FA1B8BB" w14:textId="77777777">
        <w:tc>
          <w:tcPr>
            <w:tcW w:w="4320" w:type="dxa"/>
          </w:tcPr>
          <w:p w14:paraId="74DE6836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Adresa (ulica i broj)</w:t>
            </w:r>
          </w:p>
        </w:tc>
        <w:tc>
          <w:tcPr>
            <w:tcW w:w="4320" w:type="dxa"/>
          </w:tcPr>
          <w:p w14:paraId="1350D90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77BF891" w14:textId="77777777">
        <w:tc>
          <w:tcPr>
            <w:tcW w:w="4320" w:type="dxa"/>
          </w:tcPr>
          <w:p w14:paraId="1A38AEB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Poštanski broj / Mesto</w:t>
            </w:r>
          </w:p>
        </w:tc>
        <w:tc>
          <w:tcPr>
            <w:tcW w:w="4320" w:type="dxa"/>
          </w:tcPr>
          <w:p w14:paraId="0B93284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4111DFA1" w14:textId="77777777">
        <w:tc>
          <w:tcPr>
            <w:tcW w:w="4320" w:type="dxa"/>
          </w:tcPr>
          <w:p w14:paraId="59FB99E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Telefon / Mobilni</w:t>
            </w:r>
          </w:p>
        </w:tc>
        <w:tc>
          <w:tcPr>
            <w:tcW w:w="4320" w:type="dxa"/>
          </w:tcPr>
          <w:p w14:paraId="244D35B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0B2CA6A" w14:textId="77777777">
        <w:tc>
          <w:tcPr>
            <w:tcW w:w="4320" w:type="dxa"/>
          </w:tcPr>
          <w:p w14:paraId="65BD07E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Email kupca</w:t>
            </w:r>
          </w:p>
        </w:tc>
        <w:tc>
          <w:tcPr>
            <w:tcW w:w="4320" w:type="dxa"/>
          </w:tcPr>
          <w:p w14:paraId="1FE49EF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060BFAD6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Adresa za isporuku (ako je drugačija od adrese kupca): _________________________________</w:t>
      </w:r>
    </w:p>
    <w:p w14:paraId="14A28B4F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Specifikacija naručene robe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5"/>
        <w:gridCol w:w="1726"/>
        <w:gridCol w:w="1726"/>
        <w:gridCol w:w="1726"/>
        <w:gridCol w:w="1727"/>
      </w:tblGrid>
      <w:tr w:rsidR="006C3F10" w:rsidRPr="006C0A2C" w14:paraId="0AEDDB54" w14:textId="77777777">
        <w:tc>
          <w:tcPr>
            <w:tcW w:w="1728" w:type="dxa"/>
          </w:tcPr>
          <w:p w14:paraId="3AC7059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ŠIFRA</w:t>
            </w:r>
          </w:p>
        </w:tc>
        <w:tc>
          <w:tcPr>
            <w:tcW w:w="1728" w:type="dxa"/>
          </w:tcPr>
          <w:p w14:paraId="002DDB3B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NAZIV ROBE</w:t>
            </w:r>
          </w:p>
        </w:tc>
        <w:tc>
          <w:tcPr>
            <w:tcW w:w="1728" w:type="dxa"/>
          </w:tcPr>
          <w:p w14:paraId="7A401F73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KOL.</w:t>
            </w:r>
          </w:p>
        </w:tc>
        <w:tc>
          <w:tcPr>
            <w:tcW w:w="1728" w:type="dxa"/>
          </w:tcPr>
          <w:p w14:paraId="090387C0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CENA SA PDV (RSD)</w:t>
            </w:r>
          </w:p>
        </w:tc>
        <w:tc>
          <w:tcPr>
            <w:tcW w:w="1728" w:type="dxa"/>
          </w:tcPr>
          <w:p w14:paraId="677B941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UKUPNO SA PDV (RSD)</w:t>
            </w:r>
          </w:p>
        </w:tc>
      </w:tr>
      <w:tr w:rsidR="006C3F10" w:rsidRPr="006C0A2C" w14:paraId="04DB1FF1" w14:textId="77777777">
        <w:tc>
          <w:tcPr>
            <w:tcW w:w="1728" w:type="dxa"/>
          </w:tcPr>
          <w:p w14:paraId="6203E13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E48BB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FD0F246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EB5ED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A332A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6328E7C8" w14:textId="77777777">
        <w:tc>
          <w:tcPr>
            <w:tcW w:w="1728" w:type="dxa"/>
          </w:tcPr>
          <w:p w14:paraId="656509F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03CF38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58040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49F1CA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71A9DE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54A34F92" w14:textId="77777777">
        <w:tc>
          <w:tcPr>
            <w:tcW w:w="1728" w:type="dxa"/>
          </w:tcPr>
          <w:p w14:paraId="3350D25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EA19ED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958163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83F7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B86FCF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4881E9" w14:textId="77777777">
        <w:tc>
          <w:tcPr>
            <w:tcW w:w="1728" w:type="dxa"/>
          </w:tcPr>
          <w:p w14:paraId="1830649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38FB27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ABDA51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8734FD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ACB38A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B09159" w14:textId="77777777">
        <w:tc>
          <w:tcPr>
            <w:tcW w:w="1728" w:type="dxa"/>
          </w:tcPr>
          <w:p w14:paraId="25AC803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BF9D2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2FC3BC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18E28FF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C7811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2504D3" w14:textId="77777777">
        <w:tc>
          <w:tcPr>
            <w:tcW w:w="1728" w:type="dxa"/>
          </w:tcPr>
          <w:p w14:paraId="5DC4C11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02FC32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E936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E4A716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8EE1840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5212AD5" w14:textId="77777777">
        <w:tc>
          <w:tcPr>
            <w:tcW w:w="1728" w:type="dxa"/>
          </w:tcPr>
          <w:p w14:paraId="7436E79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6097D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9AE5EF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17ECCD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884AE5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ADCAB7" w14:textId="77777777">
        <w:tc>
          <w:tcPr>
            <w:tcW w:w="1728" w:type="dxa"/>
          </w:tcPr>
          <w:p w14:paraId="3474E9B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43633F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E7496E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CEAFC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93B440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53467FDB" w14:textId="4C07F728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Način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sredstvo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plaćanja</w:t>
      </w:r>
      <w:proofErr w:type="spellEnd"/>
    </w:p>
    <w:p w14:paraId="7E7DCF0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3B7CC74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lastRenderedPageBreak/>
        <w:t>Način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JEDNOKRATNO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NA RATE</w:t>
      </w:r>
    </w:p>
    <w:p w14:paraId="3CF64A1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Gotovina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Platna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kartica</w:t>
      </w:r>
      <w:proofErr w:type="spellEnd"/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Bezgotovinski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prenos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(</w:t>
      </w:r>
      <w:proofErr w:type="spellStart"/>
      <w:r w:rsidRPr="00A525FB">
        <w:rPr>
          <w:rFonts w:ascii="Garamond" w:hAnsi="Garamond"/>
          <w:sz w:val="24"/>
          <w:szCs w:val="24"/>
        </w:rPr>
        <w:t>uplata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Kupca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Prodavca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4F85E10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r w:rsidRPr="00A525FB">
        <w:rPr>
          <w:rFonts w:ascii="Garamond" w:hAnsi="Garamond"/>
          <w:b/>
          <w:bCs/>
          <w:sz w:val="24"/>
          <w:szCs w:val="24"/>
        </w:rPr>
        <w:t xml:space="preserve">„NA </w:t>
      </w:r>
      <w:proofErr w:type="gramStart"/>
      <w:r w:rsidRPr="00A525FB">
        <w:rPr>
          <w:rFonts w:ascii="Garamond" w:hAnsi="Garamond"/>
          <w:b/>
          <w:bCs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ugovaraju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uslove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koji se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tom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5E177122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Broj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mesečnih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</w:t>
      </w:r>
    </w:p>
    <w:p w14:paraId="445C152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BA4069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Rok </w:t>
      </w:r>
      <w:proofErr w:type="spellStart"/>
      <w:r w:rsidRPr="00A525FB">
        <w:rPr>
          <w:rFonts w:ascii="Garamond" w:hAnsi="Garamond"/>
          <w:sz w:val="24"/>
          <w:szCs w:val="24"/>
        </w:rPr>
        <w:t>uplate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</w:t>
      </w:r>
    </w:p>
    <w:p w14:paraId="7E9D494F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Datum </w:t>
      </w:r>
      <w:proofErr w:type="spellStart"/>
      <w:r w:rsidRPr="00A525FB">
        <w:rPr>
          <w:rFonts w:ascii="Garamond" w:hAnsi="Garamond"/>
          <w:sz w:val="24"/>
          <w:szCs w:val="24"/>
        </w:rPr>
        <w:t>dospeća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narednih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 (</w:t>
      </w:r>
      <w:proofErr w:type="spellStart"/>
      <w:r w:rsidRPr="00A525FB">
        <w:rPr>
          <w:rFonts w:ascii="Garamond" w:hAnsi="Garamond"/>
          <w:sz w:val="24"/>
          <w:szCs w:val="24"/>
        </w:rPr>
        <w:t>svakog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___ u </w:t>
      </w:r>
      <w:proofErr w:type="spellStart"/>
      <w:r w:rsidRPr="00A525FB">
        <w:rPr>
          <w:rFonts w:ascii="Garamond" w:hAnsi="Garamond"/>
          <w:sz w:val="24"/>
          <w:szCs w:val="24"/>
        </w:rPr>
        <w:t>mesecu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73124AF7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Ukupan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PDV-om: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FD2DBE5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Nezavisno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</w:t>
      </w:r>
      <w:proofErr w:type="spellStart"/>
      <w:r w:rsidRPr="00A525FB">
        <w:rPr>
          <w:rFonts w:ascii="Garamond" w:hAnsi="Garamond"/>
          <w:sz w:val="24"/>
          <w:szCs w:val="24"/>
        </w:rPr>
        <w:t>broja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da:</w:t>
      </w:r>
    </w:p>
    <w:p w14:paraId="774AA4E6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 </w:t>
      </w:r>
      <w:proofErr w:type="spellStart"/>
      <w:r w:rsidRPr="00A525FB">
        <w:rPr>
          <w:rFonts w:ascii="Garamond" w:hAnsi="Garamond"/>
          <w:sz w:val="24"/>
          <w:szCs w:val="24"/>
        </w:rPr>
        <w:t>iznosi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najmanje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20% </w:t>
      </w:r>
      <w:proofErr w:type="spellStart"/>
      <w:r w:rsidRPr="00A525FB">
        <w:rPr>
          <w:rFonts w:ascii="Garamond" w:hAnsi="Garamond"/>
          <w:sz w:val="24"/>
          <w:szCs w:val="24"/>
        </w:rPr>
        <w:t>od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ukupne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dospeva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dan </w:t>
      </w:r>
      <w:proofErr w:type="spellStart"/>
      <w:r w:rsidRPr="00A525FB">
        <w:rPr>
          <w:rFonts w:ascii="Garamond" w:hAnsi="Garamond"/>
          <w:sz w:val="24"/>
          <w:szCs w:val="24"/>
        </w:rPr>
        <w:t>zaključenja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ovog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ugovora</w:t>
      </w:r>
      <w:proofErr w:type="spellEnd"/>
      <w:r w:rsidRPr="00A525FB">
        <w:rPr>
          <w:rFonts w:ascii="Garamond" w:hAnsi="Garamond"/>
          <w:sz w:val="24"/>
          <w:szCs w:val="24"/>
        </w:rPr>
        <w:t>;</w:t>
      </w:r>
    </w:p>
    <w:p w14:paraId="05A4FB0D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preostali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deo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mora </w:t>
      </w:r>
      <w:proofErr w:type="spellStart"/>
      <w:r w:rsidRPr="00A525FB">
        <w:rPr>
          <w:rFonts w:ascii="Garamond" w:hAnsi="Garamond"/>
          <w:sz w:val="24"/>
          <w:szCs w:val="24"/>
        </w:rPr>
        <w:t>biti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celosti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isplaćen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najkasnije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roku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3 (tri) dana pre dana </w:t>
      </w:r>
      <w:proofErr w:type="spellStart"/>
      <w:r w:rsidRPr="00A525FB">
        <w:rPr>
          <w:rFonts w:ascii="Garamond" w:hAnsi="Garamond"/>
          <w:sz w:val="24"/>
          <w:szCs w:val="24"/>
        </w:rPr>
        <w:t>izvršenja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montaže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19426FF9" w14:textId="7F3276E3" w:rsidR="00A525FB" w:rsidRPr="00A525FB" w:rsidRDefault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odnose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kada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„NA </w:t>
      </w:r>
      <w:proofErr w:type="gramStart"/>
      <w:r w:rsidRPr="00A525FB">
        <w:rPr>
          <w:rFonts w:ascii="Garamond" w:hAnsi="Garamond"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>.</w:t>
      </w:r>
      <w:r w:rsidRPr="00A525FB">
        <w:rPr>
          <w:rFonts w:ascii="Garamond" w:hAnsi="Garamond"/>
          <w:sz w:val="24"/>
          <w:szCs w:val="24"/>
        </w:rPr>
        <w:br/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jednokratnog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navedena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ne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ne </w:t>
      </w:r>
      <w:proofErr w:type="spellStart"/>
      <w:r w:rsidRPr="00A525FB">
        <w:rPr>
          <w:rFonts w:ascii="Garamond" w:hAnsi="Garamond"/>
          <w:sz w:val="24"/>
          <w:szCs w:val="24"/>
        </w:rPr>
        <w:t>proizvode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pravno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dejstvo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36FA9FD3" w14:textId="6C8DDC1F" w:rsidR="006C3F10" w:rsidRPr="00A525FB" w:rsidRDefault="004F642C">
      <w:pPr>
        <w:rPr>
          <w:rFonts w:ascii="Garamond" w:hAnsi="Garamond"/>
          <w:b/>
          <w:bCs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Uplate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vršiti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na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poslovni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račun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 160-6000002311495-94</w:t>
      </w:r>
    </w:p>
    <w:p w14:paraId="47D236EC" w14:textId="554CC83B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Isporuka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Pr="006C0A2C">
        <w:rPr>
          <w:rFonts w:ascii="Garamond" w:hAnsi="Garamond"/>
          <w:b/>
          <w:sz w:val="24"/>
          <w:szCs w:val="24"/>
        </w:rPr>
        <w:t>montaža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36DB8B2" w14:textId="77777777">
        <w:tc>
          <w:tcPr>
            <w:tcW w:w="4320" w:type="dxa"/>
          </w:tcPr>
          <w:p w14:paraId="6691CA5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Termin isporuke:</w:t>
            </w:r>
          </w:p>
        </w:tc>
        <w:tc>
          <w:tcPr>
            <w:tcW w:w="4320" w:type="dxa"/>
          </w:tcPr>
          <w:p w14:paraId="020C0D7A" w14:textId="0A7D5716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 xml:space="preserve">Najkasnije </w:t>
            </w:r>
            <w:r w:rsidR="006D398A" w:rsidRPr="006C0A2C">
              <w:rPr>
                <w:rFonts w:ascii="Garamond" w:hAnsi="Garamond"/>
                <w:sz w:val="24"/>
                <w:szCs w:val="24"/>
              </w:rPr>
              <w:t>30</w:t>
            </w:r>
            <w:r w:rsidRPr="006C0A2C">
              <w:rPr>
                <w:rFonts w:ascii="Garamond" w:hAnsi="Garamond"/>
                <w:sz w:val="24"/>
                <w:szCs w:val="24"/>
              </w:rPr>
              <w:t xml:space="preserve"> dana od </w:t>
            </w:r>
            <w:proofErr w:type="spellStart"/>
            <w:r w:rsidRPr="006C0A2C">
              <w:rPr>
                <w:rFonts w:ascii="Garamond" w:hAnsi="Garamond"/>
                <w:sz w:val="24"/>
                <w:szCs w:val="24"/>
              </w:rPr>
              <w:t>uplate</w:t>
            </w:r>
            <w:proofErr w:type="spellEnd"/>
            <w:r w:rsidRPr="006C0A2C"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spellStart"/>
            <w:r w:rsidR="00A525FB">
              <w:rPr>
                <w:rFonts w:ascii="Garamond" w:hAnsi="Garamond"/>
                <w:sz w:val="24"/>
                <w:szCs w:val="24"/>
              </w:rPr>
              <w:t>prve</w:t>
            </w:r>
            <w:proofErr w:type="spellEnd"/>
            <w:r w:rsidR="00A525FB">
              <w:rPr>
                <w:rFonts w:ascii="Garamond" w:hAnsi="Garamond"/>
                <w:sz w:val="24"/>
                <w:szCs w:val="24"/>
              </w:rPr>
              <w:t xml:space="preserve"> rate</w:t>
            </w:r>
          </w:p>
        </w:tc>
      </w:tr>
      <w:tr w:rsidR="006C3F10" w:rsidRPr="006C0A2C" w14:paraId="7FA7E66C" w14:textId="77777777">
        <w:tc>
          <w:tcPr>
            <w:tcW w:w="4320" w:type="dxa"/>
          </w:tcPr>
          <w:p w14:paraId="4353410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Montaža uređaja:</w:t>
            </w:r>
          </w:p>
        </w:tc>
        <w:tc>
          <w:tcPr>
            <w:tcW w:w="4320" w:type="dxa"/>
          </w:tcPr>
          <w:p w14:paraId="6BF3B65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Montažu vrši ovlašćeno lice. Uređaj se trajno pričvršćuje na zid.</w:t>
            </w:r>
          </w:p>
        </w:tc>
      </w:tr>
    </w:tbl>
    <w:p w14:paraId="23CE083F" w14:textId="66CED8A2" w:rsidR="006C3F10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.</w:t>
      </w:r>
    </w:p>
    <w:p w14:paraId="7EC01B83" w14:textId="77777777" w:rsidR="00A525FB" w:rsidRPr="006C0A2C" w:rsidRDefault="00A525FB">
      <w:pPr>
        <w:rPr>
          <w:rFonts w:ascii="Garamond" w:hAnsi="Garamond"/>
          <w:sz w:val="24"/>
          <w:szCs w:val="24"/>
        </w:rPr>
      </w:pPr>
    </w:p>
    <w:p w14:paraId="321F0C83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lastRenderedPageBreak/>
        <w:t>Potpisi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5B0C1E6" w14:textId="77777777">
        <w:tc>
          <w:tcPr>
            <w:tcW w:w="4320" w:type="dxa"/>
          </w:tcPr>
          <w:p w14:paraId="6C2FDD3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Prodavac: SMART HOUSE VENT SYSTEM DOO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Potpis ovlašćenog lica / pečat</w:t>
            </w:r>
          </w:p>
        </w:tc>
        <w:tc>
          <w:tcPr>
            <w:tcW w:w="4320" w:type="dxa"/>
          </w:tcPr>
          <w:p w14:paraId="0345BEA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Kupac: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Ime i prezime / potpis</w:t>
            </w:r>
          </w:p>
        </w:tc>
      </w:tr>
    </w:tbl>
    <w:p w14:paraId="090B603D" w14:textId="77777777" w:rsidR="004F642C" w:rsidRPr="006C0A2C" w:rsidRDefault="004F642C">
      <w:pPr>
        <w:rPr>
          <w:rFonts w:ascii="Garamond" w:hAnsi="Garamond"/>
          <w:sz w:val="24"/>
          <w:szCs w:val="24"/>
        </w:rPr>
      </w:pPr>
    </w:p>
    <w:p w14:paraId="7E49A286" w14:textId="4707D959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UGOVORNE ODREDBE </w:t>
      </w:r>
    </w:p>
    <w:p w14:paraId="6EB008FE" w14:textId="77777777" w:rsid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1. (Cena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PDV)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predstavlja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uvećanu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PDV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iskazuje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dinarima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9ECE98F" w14:textId="45948B4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rate,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pripadajućim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PDV-om,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15. dana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mesecu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toku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dođe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blagovremeno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PDV-</w:t>
      </w:r>
      <w:proofErr w:type="gramStart"/>
      <w:r w:rsidRPr="006C0A2C">
        <w:rPr>
          <w:rFonts w:ascii="Garamond" w:hAnsi="Garamond"/>
          <w:sz w:val="24"/>
          <w:szCs w:val="24"/>
          <w:lang w:val="en-GB"/>
        </w:rPr>
        <w:t>a</w:t>
      </w:r>
      <w:proofErr w:type="gram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novovažećoj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nastalo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stope PDV-a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povećanjem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0C90EF5" w14:textId="5B0399B8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2.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obavezuje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plaćanje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rokovima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utvrđenim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Uplate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račun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kupovina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kreditiranje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postupi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internim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procedurama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kredit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odobrava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06441C8C" w14:textId="77777777" w:rsidR="003C5AD7" w:rsidRDefault="004F642C" w:rsidP="003C5AD7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3.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Specifikacija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1732F07" w14:textId="18B98971" w:rsidR="003C5AD7" w:rsidRPr="003C5AD7" w:rsidRDefault="004F642C" w:rsidP="003C5AD7">
      <w:pPr>
        <w:rPr>
          <w:rFonts w:ascii="Garamond" w:hAnsi="Garamond"/>
          <w:b/>
          <w:bCs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r w:rsidR="003C5AD7" w:rsidRPr="003C5AD7">
        <w:rPr>
          <w:rFonts w:ascii="Garamond" w:hAnsi="Garamond"/>
          <w:sz w:val="24"/>
          <w:szCs w:val="24"/>
        </w:rPr>
        <w:t>Fresh O2</w:t>
      </w:r>
      <w:r w:rsidR="003C5AD7">
        <w:rPr>
          <w:rFonts w:ascii="Garamond" w:hAnsi="Garamond"/>
          <w:sz w:val="24"/>
          <w:szCs w:val="24"/>
        </w:rPr>
        <w:t xml:space="preserve"> (u </w:t>
      </w:r>
      <w:proofErr w:type="spellStart"/>
      <w:r w:rsidR="003C5AD7">
        <w:rPr>
          <w:rFonts w:ascii="Garamond" w:hAnsi="Garamond"/>
          <w:sz w:val="24"/>
          <w:szCs w:val="24"/>
        </w:rPr>
        <w:t>daljem</w:t>
      </w:r>
      <w:proofErr w:type="spellEnd"/>
      <w:r w:rsid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>
        <w:rPr>
          <w:rFonts w:ascii="Garamond" w:hAnsi="Garamond"/>
          <w:sz w:val="24"/>
          <w:szCs w:val="24"/>
        </w:rPr>
        <w:t>tekstu</w:t>
      </w:r>
      <w:proofErr w:type="spellEnd"/>
      <w:r w:rsid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>
        <w:rPr>
          <w:rFonts w:ascii="Garamond" w:hAnsi="Garamond"/>
          <w:sz w:val="24"/>
          <w:szCs w:val="24"/>
        </w:rPr>
        <w:t>uredjaj</w:t>
      </w:r>
      <w:proofErr w:type="spellEnd"/>
      <w:r w:rsidR="003C5AD7">
        <w:rPr>
          <w:rFonts w:ascii="Garamond" w:hAnsi="Garamond"/>
          <w:sz w:val="24"/>
          <w:szCs w:val="24"/>
        </w:rPr>
        <w:t xml:space="preserve"> FRESH O2)</w:t>
      </w:r>
      <w:r w:rsidR="003C5AD7"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uređaj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namenjen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unapređenju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kvaliteta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vazduha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u </w:t>
      </w:r>
      <w:proofErr w:type="spellStart"/>
      <w:r w:rsidR="003C5AD7" w:rsidRPr="003C5AD7">
        <w:rPr>
          <w:rFonts w:ascii="Garamond" w:hAnsi="Garamond"/>
          <w:sz w:val="24"/>
          <w:szCs w:val="24"/>
        </w:rPr>
        <w:t>zatvorenim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prostorima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, koji </w:t>
      </w:r>
      <w:proofErr w:type="spellStart"/>
      <w:r w:rsidR="003C5AD7" w:rsidRPr="003C5AD7">
        <w:rPr>
          <w:rFonts w:ascii="Garamond" w:hAnsi="Garamond"/>
          <w:sz w:val="24"/>
          <w:szCs w:val="24"/>
        </w:rPr>
        <w:t>funkcioniše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tako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što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kontinuirano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unosi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svež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spoljašnji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vazduh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istovremeno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uklanja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ustajali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vazduh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iz</w:t>
      </w:r>
      <w:proofErr w:type="spellEnd"/>
      <w:r w:rsidR="003C5AD7"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b/>
          <w:bCs/>
          <w:sz w:val="24"/>
          <w:szCs w:val="24"/>
        </w:rPr>
        <w:t>prostora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="003C5AD7" w:rsidRPr="003C5AD7">
        <w:rPr>
          <w:rFonts w:ascii="Garamond" w:hAnsi="Garamond"/>
          <w:sz w:val="24"/>
          <w:szCs w:val="24"/>
        </w:rPr>
        <w:t>čime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se </w:t>
      </w:r>
      <w:proofErr w:type="spellStart"/>
      <w:r w:rsidR="003C5AD7" w:rsidRPr="003C5AD7">
        <w:rPr>
          <w:rFonts w:ascii="Garamond" w:hAnsi="Garamond"/>
          <w:sz w:val="24"/>
          <w:szCs w:val="24"/>
        </w:rPr>
        <w:t>obezbeđuje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uravnotežena</w:t>
      </w:r>
      <w:proofErr w:type="spellEnd"/>
      <w:r w:rsidR="003C5AD7"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="003C5AD7" w:rsidRPr="003C5AD7">
        <w:rPr>
          <w:rFonts w:ascii="Garamond" w:hAnsi="Garamond"/>
          <w:sz w:val="24"/>
          <w:szCs w:val="24"/>
        </w:rPr>
        <w:t>ventilacija</w:t>
      </w:r>
      <w:proofErr w:type="spellEnd"/>
      <w:r w:rsidR="003C5AD7" w:rsidRPr="003C5AD7">
        <w:rPr>
          <w:rFonts w:ascii="Garamond" w:hAnsi="Garamond"/>
          <w:sz w:val="24"/>
          <w:szCs w:val="24"/>
        </w:rPr>
        <w:t>.</w:t>
      </w:r>
    </w:p>
    <w:p w14:paraId="2ADFEDB2" w14:textId="77777777" w:rsidR="003C5AD7" w:rsidRPr="003C5AD7" w:rsidRDefault="003C5AD7" w:rsidP="003C5AD7">
      <w:pPr>
        <w:rPr>
          <w:rFonts w:ascii="Garamond" w:hAnsi="Garamond"/>
          <w:sz w:val="24"/>
          <w:szCs w:val="24"/>
        </w:rPr>
      </w:pPr>
      <w:proofErr w:type="spellStart"/>
      <w:r w:rsidRPr="003C5AD7">
        <w:rPr>
          <w:rFonts w:ascii="Garamond" w:hAnsi="Garamond"/>
          <w:sz w:val="24"/>
          <w:szCs w:val="24"/>
        </w:rPr>
        <w:t>Uređaj</w:t>
      </w:r>
      <w:proofErr w:type="spellEnd"/>
      <w:r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Pr="003C5AD7">
        <w:rPr>
          <w:rFonts w:ascii="Garamond" w:hAnsi="Garamond"/>
          <w:sz w:val="24"/>
          <w:szCs w:val="24"/>
        </w:rPr>
        <w:t>opremljen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pametnom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tehnologijom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upravljanja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kao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visokoefikasnim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filterima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čija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je </w:t>
      </w:r>
      <w:proofErr w:type="spellStart"/>
      <w:r w:rsidRPr="003C5AD7">
        <w:rPr>
          <w:rFonts w:ascii="Garamond" w:hAnsi="Garamond"/>
          <w:sz w:val="24"/>
          <w:szCs w:val="24"/>
        </w:rPr>
        <w:t>namena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filtracija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vazduha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obezbeđivanje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čistog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zdravog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ambijenta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za </w:t>
      </w:r>
      <w:proofErr w:type="spellStart"/>
      <w:r w:rsidRPr="003C5AD7">
        <w:rPr>
          <w:rFonts w:ascii="Garamond" w:hAnsi="Garamond"/>
          <w:sz w:val="24"/>
          <w:szCs w:val="24"/>
        </w:rPr>
        <w:t>korisnike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prostora</w:t>
      </w:r>
      <w:proofErr w:type="spellEnd"/>
      <w:r w:rsidRPr="003C5AD7">
        <w:rPr>
          <w:rFonts w:ascii="Garamond" w:hAnsi="Garamond"/>
          <w:sz w:val="24"/>
          <w:szCs w:val="24"/>
        </w:rPr>
        <w:t>.</w:t>
      </w:r>
    </w:p>
    <w:p w14:paraId="6BAE8A72" w14:textId="77777777" w:rsidR="003C5AD7" w:rsidRPr="003C5AD7" w:rsidRDefault="003C5AD7" w:rsidP="003C5AD7">
      <w:pPr>
        <w:rPr>
          <w:rFonts w:ascii="Garamond" w:hAnsi="Garamond"/>
          <w:sz w:val="24"/>
          <w:szCs w:val="24"/>
        </w:rPr>
      </w:pPr>
      <w:r w:rsidRPr="003C5AD7">
        <w:rPr>
          <w:rFonts w:ascii="Garamond" w:hAnsi="Garamond"/>
          <w:sz w:val="24"/>
          <w:szCs w:val="24"/>
        </w:rPr>
        <w:lastRenderedPageBreak/>
        <w:t xml:space="preserve">Fresh O2 </w:t>
      </w:r>
      <w:proofErr w:type="spellStart"/>
      <w:r w:rsidRPr="003C5AD7">
        <w:rPr>
          <w:rFonts w:ascii="Garamond" w:hAnsi="Garamond"/>
          <w:sz w:val="24"/>
          <w:szCs w:val="24"/>
        </w:rPr>
        <w:t>omogućava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kontinuiran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rad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tokom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cele</w:t>
      </w:r>
      <w:proofErr w:type="spellEnd"/>
      <w:r w:rsidRPr="003C5AD7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b/>
          <w:bCs/>
          <w:sz w:val="24"/>
          <w:szCs w:val="24"/>
        </w:rPr>
        <w:t>godine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uz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optimizovanu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potrošnju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energije</w:t>
      </w:r>
      <w:proofErr w:type="spellEnd"/>
      <w:r w:rsidRPr="003C5AD7">
        <w:rPr>
          <w:rFonts w:ascii="Garamond" w:hAnsi="Garamond"/>
          <w:sz w:val="24"/>
          <w:szCs w:val="24"/>
        </w:rPr>
        <w:t xml:space="preserve">, </w:t>
      </w:r>
      <w:proofErr w:type="spellStart"/>
      <w:r w:rsidRPr="003C5AD7">
        <w:rPr>
          <w:rFonts w:ascii="Garamond" w:hAnsi="Garamond"/>
          <w:sz w:val="24"/>
          <w:szCs w:val="24"/>
        </w:rPr>
        <w:t>čime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doprinosi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energetskoj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efikasnosti</w:t>
      </w:r>
      <w:proofErr w:type="spellEnd"/>
      <w:r w:rsidRPr="003C5AD7">
        <w:rPr>
          <w:rFonts w:ascii="Garamond" w:hAnsi="Garamond"/>
          <w:sz w:val="24"/>
          <w:szCs w:val="24"/>
        </w:rPr>
        <w:t xml:space="preserve"> </w:t>
      </w:r>
      <w:proofErr w:type="spellStart"/>
      <w:r w:rsidRPr="003C5AD7">
        <w:rPr>
          <w:rFonts w:ascii="Garamond" w:hAnsi="Garamond"/>
          <w:sz w:val="24"/>
          <w:szCs w:val="24"/>
        </w:rPr>
        <w:t>objekta</w:t>
      </w:r>
      <w:proofErr w:type="spellEnd"/>
      <w:r w:rsidRPr="003C5AD7">
        <w:rPr>
          <w:rFonts w:ascii="Garamond" w:hAnsi="Garamond"/>
          <w:sz w:val="24"/>
          <w:szCs w:val="24"/>
        </w:rPr>
        <w:t xml:space="preserve"> u </w:t>
      </w:r>
      <w:proofErr w:type="spellStart"/>
      <w:r w:rsidRPr="003C5AD7">
        <w:rPr>
          <w:rFonts w:ascii="Garamond" w:hAnsi="Garamond"/>
          <w:sz w:val="24"/>
          <w:szCs w:val="24"/>
        </w:rPr>
        <w:t>kome</w:t>
      </w:r>
      <w:proofErr w:type="spellEnd"/>
      <w:r w:rsidRPr="003C5AD7">
        <w:rPr>
          <w:rFonts w:ascii="Garamond" w:hAnsi="Garamond"/>
          <w:sz w:val="24"/>
          <w:szCs w:val="24"/>
        </w:rPr>
        <w:t xml:space="preserve"> se </w:t>
      </w:r>
      <w:proofErr w:type="spellStart"/>
      <w:r w:rsidRPr="003C5AD7">
        <w:rPr>
          <w:rFonts w:ascii="Garamond" w:hAnsi="Garamond"/>
          <w:sz w:val="24"/>
          <w:szCs w:val="24"/>
        </w:rPr>
        <w:t>koristi</w:t>
      </w:r>
      <w:proofErr w:type="spellEnd"/>
      <w:r w:rsidRPr="003C5AD7">
        <w:rPr>
          <w:rFonts w:ascii="Garamond" w:hAnsi="Garamond"/>
          <w:sz w:val="24"/>
          <w:szCs w:val="24"/>
        </w:rPr>
        <w:t>.</w:t>
      </w:r>
    </w:p>
    <w:p w14:paraId="405E9D64" w14:textId="6FA272D9" w:rsidR="003C5AD7" w:rsidRDefault="00035074" w:rsidP="004F642C">
      <w:pPr>
        <w:rPr>
          <w:rFonts w:ascii="Garamond" w:hAnsi="Garamond"/>
          <w:sz w:val="24"/>
          <w:szCs w:val="24"/>
        </w:rPr>
      </w:pPr>
      <w:proofErr w:type="spellStart"/>
      <w:r w:rsidRPr="00035074">
        <w:rPr>
          <w:rFonts w:ascii="Garamond" w:hAnsi="Garamond"/>
          <w:sz w:val="24"/>
          <w:szCs w:val="24"/>
        </w:rPr>
        <w:t>Kupac</w:t>
      </w:r>
      <w:proofErr w:type="spellEnd"/>
      <w:r w:rsidRPr="00035074">
        <w:rPr>
          <w:rFonts w:ascii="Garamond" w:hAnsi="Garamond"/>
          <w:sz w:val="24"/>
          <w:szCs w:val="24"/>
        </w:rPr>
        <w:t xml:space="preserve"> je </w:t>
      </w:r>
      <w:proofErr w:type="spellStart"/>
      <w:r w:rsidRPr="00035074">
        <w:rPr>
          <w:rFonts w:ascii="Garamond" w:hAnsi="Garamond"/>
          <w:sz w:val="24"/>
          <w:szCs w:val="24"/>
        </w:rPr>
        <w:t>dužan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</w:t>
      </w:r>
      <w:proofErr w:type="spellStart"/>
      <w:r w:rsidRPr="00035074">
        <w:rPr>
          <w:rFonts w:ascii="Garamond" w:hAnsi="Garamond"/>
          <w:sz w:val="24"/>
          <w:szCs w:val="24"/>
        </w:rPr>
        <w:t>uređaj</w:t>
      </w:r>
      <w:proofErr w:type="spellEnd"/>
      <w:r w:rsidRPr="00035074">
        <w:rPr>
          <w:rFonts w:ascii="Garamond" w:hAnsi="Garamond"/>
          <w:sz w:val="24"/>
          <w:szCs w:val="24"/>
        </w:rPr>
        <w:t xml:space="preserve"> FRESH GO </w:t>
      </w:r>
      <w:proofErr w:type="spellStart"/>
      <w:r w:rsidRPr="00035074">
        <w:rPr>
          <w:rFonts w:ascii="Garamond" w:hAnsi="Garamond"/>
          <w:sz w:val="24"/>
          <w:szCs w:val="24"/>
        </w:rPr>
        <w:t>koristi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u </w:t>
      </w:r>
      <w:proofErr w:type="spellStart"/>
      <w:r w:rsidRPr="00035074">
        <w:rPr>
          <w:rFonts w:ascii="Garamond" w:hAnsi="Garamond"/>
          <w:sz w:val="24"/>
          <w:szCs w:val="24"/>
        </w:rPr>
        <w:t>skladu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sa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uputstvom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za </w:t>
      </w:r>
      <w:proofErr w:type="spellStart"/>
      <w:r w:rsidRPr="00035074">
        <w:rPr>
          <w:rFonts w:ascii="Garamond" w:hAnsi="Garamond"/>
          <w:sz w:val="24"/>
          <w:szCs w:val="24"/>
        </w:rPr>
        <w:t>upotrebu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tehničkim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specifikacijama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namenom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proizvoda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koje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mu se </w:t>
      </w:r>
      <w:proofErr w:type="spellStart"/>
      <w:r w:rsidRPr="00035074">
        <w:rPr>
          <w:rFonts w:ascii="Garamond" w:hAnsi="Garamond"/>
          <w:sz w:val="24"/>
          <w:szCs w:val="24"/>
        </w:rPr>
        <w:t>predaje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prilikom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isporuke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uređaja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čime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Kupac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potvrđuje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035074">
        <w:rPr>
          <w:rFonts w:ascii="Garamond" w:hAnsi="Garamond"/>
          <w:sz w:val="24"/>
          <w:szCs w:val="24"/>
        </w:rPr>
        <w:t>isto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primio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kao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da </w:t>
      </w:r>
      <w:proofErr w:type="spellStart"/>
      <w:r w:rsidRPr="00035074">
        <w:rPr>
          <w:rFonts w:ascii="Garamond" w:hAnsi="Garamond"/>
          <w:sz w:val="24"/>
          <w:szCs w:val="24"/>
        </w:rPr>
        <w:t>obezbedi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pravilnu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instalaciju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redovno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održavanje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upotrebu</w:t>
      </w:r>
      <w:proofErr w:type="spellEnd"/>
      <w:r w:rsidRPr="00035074">
        <w:rPr>
          <w:rFonts w:ascii="Garamond" w:hAnsi="Garamond"/>
          <w:sz w:val="24"/>
          <w:szCs w:val="24"/>
        </w:rPr>
        <w:t xml:space="preserve"> u </w:t>
      </w:r>
      <w:proofErr w:type="spellStart"/>
      <w:r w:rsidRPr="00035074">
        <w:rPr>
          <w:rFonts w:ascii="Garamond" w:hAnsi="Garamond"/>
          <w:sz w:val="24"/>
          <w:szCs w:val="24"/>
        </w:rPr>
        <w:t>uslovima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za </w:t>
      </w:r>
      <w:proofErr w:type="spellStart"/>
      <w:r w:rsidRPr="00035074">
        <w:rPr>
          <w:rFonts w:ascii="Garamond" w:hAnsi="Garamond"/>
          <w:sz w:val="24"/>
          <w:szCs w:val="24"/>
        </w:rPr>
        <w:t>koje</w:t>
      </w:r>
      <w:proofErr w:type="spellEnd"/>
      <w:r w:rsidRPr="00035074">
        <w:rPr>
          <w:rFonts w:ascii="Garamond" w:hAnsi="Garamond"/>
          <w:sz w:val="24"/>
          <w:szCs w:val="24"/>
        </w:rPr>
        <w:t xml:space="preserve"> je </w:t>
      </w:r>
      <w:proofErr w:type="spellStart"/>
      <w:r w:rsidRPr="00035074">
        <w:rPr>
          <w:rFonts w:ascii="Garamond" w:hAnsi="Garamond"/>
          <w:sz w:val="24"/>
          <w:szCs w:val="24"/>
        </w:rPr>
        <w:t>uređaj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predviđen</w:t>
      </w:r>
      <w:proofErr w:type="spellEnd"/>
      <w:r w:rsidRPr="00035074">
        <w:rPr>
          <w:rFonts w:ascii="Garamond" w:hAnsi="Garamond"/>
          <w:sz w:val="24"/>
          <w:szCs w:val="24"/>
        </w:rPr>
        <w:t xml:space="preserve">, </w:t>
      </w:r>
      <w:proofErr w:type="spellStart"/>
      <w:r w:rsidRPr="00035074">
        <w:rPr>
          <w:rFonts w:ascii="Garamond" w:hAnsi="Garamond"/>
          <w:sz w:val="24"/>
          <w:szCs w:val="24"/>
        </w:rPr>
        <w:t>radi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obezbeđenja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pravilnog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i</w:t>
      </w:r>
      <w:proofErr w:type="spellEnd"/>
      <w:r w:rsidRPr="00035074">
        <w:rPr>
          <w:rFonts w:ascii="Garamond" w:hAnsi="Garamond"/>
          <w:sz w:val="24"/>
          <w:szCs w:val="24"/>
        </w:rPr>
        <w:t xml:space="preserve"> </w:t>
      </w:r>
      <w:proofErr w:type="spellStart"/>
      <w:r w:rsidRPr="00035074">
        <w:rPr>
          <w:rFonts w:ascii="Garamond" w:hAnsi="Garamond"/>
          <w:sz w:val="24"/>
          <w:szCs w:val="24"/>
        </w:rPr>
        <w:t>bezbednog</w:t>
      </w:r>
      <w:proofErr w:type="spellEnd"/>
      <w:r w:rsidRPr="00035074">
        <w:rPr>
          <w:rFonts w:ascii="Garamond" w:hAnsi="Garamond"/>
          <w:sz w:val="24"/>
          <w:szCs w:val="24"/>
        </w:rPr>
        <w:t xml:space="preserve"> rada </w:t>
      </w:r>
      <w:proofErr w:type="spellStart"/>
      <w:r w:rsidRPr="00035074">
        <w:rPr>
          <w:rFonts w:ascii="Garamond" w:hAnsi="Garamond"/>
          <w:sz w:val="24"/>
          <w:szCs w:val="24"/>
        </w:rPr>
        <w:t>uređaja</w:t>
      </w:r>
      <w:proofErr w:type="spellEnd"/>
    </w:p>
    <w:p w14:paraId="42E1C440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r w:rsidRPr="009E69F0">
        <w:rPr>
          <w:rFonts w:ascii="Garamond" w:hAnsi="Garamond"/>
          <w:b/>
          <w:bCs/>
          <w:sz w:val="24"/>
          <w:szCs w:val="24"/>
        </w:rPr>
        <w:t>Fresh O2</w:t>
      </w:r>
      <w:r w:rsidRPr="009E69F0">
        <w:rPr>
          <w:rFonts w:ascii="Garamond" w:hAnsi="Garamond"/>
          <w:sz w:val="24"/>
          <w:szCs w:val="24"/>
        </w:rPr>
        <w:t xml:space="preserve"> (u </w:t>
      </w:r>
      <w:proofErr w:type="spellStart"/>
      <w:r w:rsidRPr="009E69F0">
        <w:rPr>
          <w:rFonts w:ascii="Garamond" w:hAnsi="Garamond"/>
          <w:sz w:val="24"/>
          <w:szCs w:val="24"/>
        </w:rPr>
        <w:t>daljem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tekstu</w:t>
      </w:r>
      <w:proofErr w:type="spellEnd"/>
      <w:r w:rsidRPr="009E69F0">
        <w:rPr>
          <w:rFonts w:ascii="Garamond" w:hAnsi="Garamond"/>
          <w:sz w:val="24"/>
          <w:szCs w:val="24"/>
        </w:rPr>
        <w:t xml:space="preserve">: </w:t>
      </w:r>
      <w:proofErr w:type="spellStart"/>
      <w:r w:rsidRPr="009E69F0">
        <w:rPr>
          <w:rFonts w:ascii="Garamond" w:hAnsi="Garamond"/>
          <w:i/>
          <w:iCs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i/>
          <w:iCs/>
          <w:sz w:val="24"/>
          <w:szCs w:val="24"/>
        </w:rPr>
        <w:t xml:space="preserve"> FRESH O2</w:t>
      </w:r>
      <w:r w:rsidRPr="009E69F0">
        <w:rPr>
          <w:rFonts w:ascii="Garamond" w:hAnsi="Garamond"/>
          <w:sz w:val="24"/>
          <w:szCs w:val="24"/>
        </w:rPr>
        <w:t xml:space="preserve">) je </w:t>
      </w: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namenjen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unapređenju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kvaliteta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zatvorenim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prostorima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koji </w:t>
      </w:r>
      <w:proofErr w:type="spellStart"/>
      <w:r w:rsidRPr="009E69F0">
        <w:rPr>
          <w:rFonts w:ascii="Garamond" w:hAnsi="Garamond"/>
          <w:sz w:val="24"/>
          <w:szCs w:val="24"/>
        </w:rPr>
        <w:t>funkcioniše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tako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što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kontinuirano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unosi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svež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spoljašnji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istovremeno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uklanja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ustajali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iz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prostora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čime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se </w:t>
      </w:r>
      <w:proofErr w:type="spellStart"/>
      <w:r w:rsidRPr="009E69F0">
        <w:rPr>
          <w:rFonts w:ascii="Garamond" w:hAnsi="Garamond"/>
          <w:sz w:val="24"/>
          <w:szCs w:val="24"/>
        </w:rPr>
        <w:t>obezbeđuje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uravnotežena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ventilacija</w:t>
      </w:r>
      <w:proofErr w:type="spellEnd"/>
      <w:r w:rsidRPr="009E69F0">
        <w:rPr>
          <w:rFonts w:ascii="Garamond" w:hAnsi="Garamond"/>
          <w:sz w:val="24"/>
          <w:szCs w:val="24"/>
        </w:rPr>
        <w:t>.</w:t>
      </w:r>
    </w:p>
    <w:p w14:paraId="6A32B3B3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je </w:t>
      </w:r>
      <w:proofErr w:type="spellStart"/>
      <w:r w:rsidRPr="009E69F0">
        <w:rPr>
          <w:rFonts w:ascii="Garamond" w:hAnsi="Garamond"/>
          <w:sz w:val="24"/>
          <w:szCs w:val="24"/>
        </w:rPr>
        <w:t>opremljen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pametnom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tehnologijom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upravljanja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kao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visokoefikasnim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filterima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čija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je </w:t>
      </w:r>
      <w:proofErr w:type="spellStart"/>
      <w:r w:rsidRPr="009E69F0">
        <w:rPr>
          <w:rFonts w:ascii="Garamond" w:hAnsi="Garamond"/>
          <w:sz w:val="24"/>
          <w:szCs w:val="24"/>
        </w:rPr>
        <w:t>namena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filtracija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obezbeđivanje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čistog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zdravog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ambijenta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za </w:t>
      </w:r>
      <w:proofErr w:type="spellStart"/>
      <w:r w:rsidRPr="009E69F0">
        <w:rPr>
          <w:rFonts w:ascii="Garamond" w:hAnsi="Garamond"/>
          <w:sz w:val="24"/>
          <w:szCs w:val="24"/>
        </w:rPr>
        <w:t>korisnike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prostora</w:t>
      </w:r>
      <w:proofErr w:type="spellEnd"/>
      <w:r w:rsidRPr="009E69F0">
        <w:rPr>
          <w:rFonts w:ascii="Garamond" w:hAnsi="Garamond"/>
          <w:sz w:val="24"/>
          <w:szCs w:val="24"/>
        </w:rPr>
        <w:t>.</w:t>
      </w:r>
    </w:p>
    <w:p w14:paraId="3624BBCF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r w:rsidRPr="009E69F0">
        <w:rPr>
          <w:rFonts w:ascii="Garamond" w:hAnsi="Garamond"/>
          <w:sz w:val="24"/>
          <w:szCs w:val="24"/>
        </w:rPr>
        <w:t xml:space="preserve">Fresh O2 </w:t>
      </w:r>
      <w:proofErr w:type="spellStart"/>
      <w:r w:rsidRPr="009E69F0">
        <w:rPr>
          <w:rFonts w:ascii="Garamond" w:hAnsi="Garamond"/>
          <w:sz w:val="24"/>
          <w:szCs w:val="24"/>
        </w:rPr>
        <w:t>omogućava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kontinuiran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rad </w:t>
      </w:r>
      <w:proofErr w:type="spellStart"/>
      <w:r w:rsidRPr="009E69F0">
        <w:rPr>
          <w:rFonts w:ascii="Garamond" w:hAnsi="Garamond"/>
          <w:sz w:val="24"/>
          <w:szCs w:val="24"/>
        </w:rPr>
        <w:t>tokom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cele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godine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uz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optimizovanu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potrošnju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energije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čime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doprinosi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energetskoj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efikasnosti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objekta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kome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se </w:t>
      </w:r>
      <w:proofErr w:type="spellStart"/>
      <w:r w:rsidRPr="009E69F0">
        <w:rPr>
          <w:rFonts w:ascii="Garamond" w:hAnsi="Garamond"/>
          <w:sz w:val="24"/>
          <w:szCs w:val="24"/>
        </w:rPr>
        <w:t>koristi</w:t>
      </w:r>
      <w:proofErr w:type="spellEnd"/>
      <w:r w:rsidRPr="009E69F0">
        <w:rPr>
          <w:rFonts w:ascii="Garamond" w:hAnsi="Garamond"/>
          <w:sz w:val="24"/>
          <w:szCs w:val="24"/>
        </w:rPr>
        <w:t>.</w:t>
      </w:r>
    </w:p>
    <w:p w14:paraId="3A45CF9D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proofErr w:type="spellStart"/>
      <w:r w:rsidRPr="009E69F0">
        <w:rPr>
          <w:rFonts w:ascii="Garamond" w:hAnsi="Garamond"/>
          <w:sz w:val="24"/>
          <w:szCs w:val="24"/>
        </w:rPr>
        <w:t>Kupac</w:t>
      </w:r>
      <w:proofErr w:type="spellEnd"/>
      <w:r w:rsidRPr="009E69F0">
        <w:rPr>
          <w:rFonts w:ascii="Garamond" w:hAnsi="Garamond"/>
          <w:sz w:val="24"/>
          <w:szCs w:val="24"/>
        </w:rPr>
        <w:t xml:space="preserve"> je </w:t>
      </w:r>
      <w:proofErr w:type="spellStart"/>
      <w:r w:rsidRPr="009E69F0">
        <w:rPr>
          <w:rFonts w:ascii="Garamond" w:hAnsi="Garamond"/>
          <w:sz w:val="24"/>
          <w:szCs w:val="24"/>
        </w:rPr>
        <w:t>dužan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da </w:t>
      </w: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r w:rsidRPr="009E69F0">
        <w:rPr>
          <w:rFonts w:ascii="Garamond" w:hAnsi="Garamond"/>
          <w:b/>
          <w:bCs/>
          <w:sz w:val="24"/>
          <w:szCs w:val="24"/>
        </w:rPr>
        <w:t>FRESH O2</w:t>
      </w:r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koristi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skladu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uputstvom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za </w:t>
      </w:r>
      <w:proofErr w:type="spellStart"/>
      <w:r w:rsidRPr="009E69F0">
        <w:rPr>
          <w:rFonts w:ascii="Garamond" w:hAnsi="Garamond"/>
          <w:sz w:val="24"/>
          <w:szCs w:val="24"/>
        </w:rPr>
        <w:t>upotrebu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tehničkim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specifikacijama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namenom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proizvoda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koje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mu se </w:t>
      </w:r>
      <w:proofErr w:type="spellStart"/>
      <w:r w:rsidRPr="009E69F0">
        <w:rPr>
          <w:rFonts w:ascii="Garamond" w:hAnsi="Garamond"/>
          <w:sz w:val="24"/>
          <w:szCs w:val="24"/>
        </w:rPr>
        <w:t>predaje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prilikom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isporuke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čime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Kupac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potvrđuje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9E69F0">
        <w:rPr>
          <w:rFonts w:ascii="Garamond" w:hAnsi="Garamond"/>
          <w:sz w:val="24"/>
          <w:szCs w:val="24"/>
        </w:rPr>
        <w:t>isto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primio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kao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da </w:t>
      </w:r>
      <w:proofErr w:type="spellStart"/>
      <w:r w:rsidRPr="009E69F0">
        <w:rPr>
          <w:rFonts w:ascii="Garamond" w:hAnsi="Garamond"/>
          <w:sz w:val="24"/>
          <w:szCs w:val="24"/>
        </w:rPr>
        <w:t>obezbedi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pravilnu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instalaciju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redovno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održavanje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upotrebu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uslovima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za </w:t>
      </w:r>
      <w:proofErr w:type="spellStart"/>
      <w:r w:rsidRPr="009E69F0">
        <w:rPr>
          <w:rFonts w:ascii="Garamond" w:hAnsi="Garamond"/>
          <w:sz w:val="24"/>
          <w:szCs w:val="24"/>
        </w:rPr>
        <w:t>koje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je </w:t>
      </w: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predviđen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radi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obezbeđenja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pravilnog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bezbednog</w:t>
      </w:r>
      <w:proofErr w:type="spellEnd"/>
      <w:r w:rsidRPr="009E69F0">
        <w:rPr>
          <w:rFonts w:ascii="Garamond" w:hAnsi="Garamond"/>
          <w:sz w:val="24"/>
          <w:szCs w:val="24"/>
        </w:rPr>
        <w:t xml:space="preserve"> rada </w:t>
      </w:r>
      <w:proofErr w:type="spellStart"/>
      <w:r w:rsidRPr="009E69F0">
        <w:rPr>
          <w:rFonts w:ascii="Garamond" w:hAnsi="Garamond"/>
          <w:sz w:val="24"/>
          <w:szCs w:val="24"/>
        </w:rPr>
        <w:t>uređaja</w:t>
      </w:r>
      <w:proofErr w:type="spellEnd"/>
      <w:r w:rsidRPr="009E69F0">
        <w:rPr>
          <w:rFonts w:ascii="Garamond" w:hAnsi="Garamond"/>
          <w:sz w:val="24"/>
          <w:szCs w:val="24"/>
        </w:rPr>
        <w:t>.</w:t>
      </w:r>
    </w:p>
    <w:p w14:paraId="233A8497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r w:rsidRPr="009E69F0">
        <w:rPr>
          <w:rFonts w:ascii="Garamond" w:hAnsi="Garamond"/>
          <w:b/>
          <w:bCs/>
          <w:sz w:val="24"/>
          <w:szCs w:val="24"/>
        </w:rPr>
        <w:t>FRESH O2</w:t>
      </w:r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može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po </w:t>
      </w:r>
      <w:proofErr w:type="spellStart"/>
      <w:r w:rsidRPr="009E69F0">
        <w:rPr>
          <w:rFonts w:ascii="Garamond" w:hAnsi="Garamond"/>
          <w:sz w:val="24"/>
          <w:szCs w:val="24"/>
        </w:rPr>
        <w:t>izboru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Kupca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biti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dopunjen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dodatnim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uređajem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– </w:t>
      </w:r>
      <w:r w:rsidRPr="009E69F0">
        <w:rPr>
          <w:rFonts w:ascii="Garamond" w:hAnsi="Garamond"/>
          <w:b/>
          <w:bCs/>
          <w:sz w:val="24"/>
          <w:szCs w:val="24"/>
        </w:rPr>
        <w:t xml:space="preserve">SHV </w:t>
      </w:r>
      <w:proofErr w:type="spellStart"/>
      <w:r w:rsidRPr="009E69F0">
        <w:rPr>
          <w:rFonts w:ascii="Garamond" w:hAnsi="Garamond"/>
          <w:b/>
          <w:bCs/>
          <w:sz w:val="24"/>
          <w:szCs w:val="24"/>
        </w:rPr>
        <w:t>jonizatorom</w:t>
      </w:r>
      <w:proofErr w:type="spellEnd"/>
      <w:r w:rsidRPr="009E69F0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b/>
          <w:bCs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koji </w:t>
      </w:r>
      <w:proofErr w:type="spellStart"/>
      <w:r w:rsidRPr="009E69F0">
        <w:rPr>
          <w:rFonts w:ascii="Garamond" w:hAnsi="Garamond"/>
          <w:sz w:val="24"/>
          <w:szCs w:val="24"/>
        </w:rPr>
        <w:t>predstavlja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poseban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 za </w:t>
      </w:r>
      <w:proofErr w:type="spellStart"/>
      <w:r w:rsidRPr="009E69F0">
        <w:rPr>
          <w:rFonts w:ascii="Garamond" w:hAnsi="Garamond"/>
          <w:sz w:val="24"/>
          <w:szCs w:val="24"/>
        </w:rPr>
        <w:t>poboljšanje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kvaliteta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a koji </w:t>
      </w:r>
      <w:proofErr w:type="spellStart"/>
      <w:r w:rsidRPr="009E69F0">
        <w:rPr>
          <w:rFonts w:ascii="Garamond" w:hAnsi="Garamond"/>
          <w:sz w:val="24"/>
          <w:szCs w:val="24"/>
        </w:rPr>
        <w:t>emituje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negativne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jone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(</w:t>
      </w:r>
      <w:proofErr w:type="spellStart"/>
      <w:r w:rsidRPr="009E69F0">
        <w:rPr>
          <w:rFonts w:ascii="Garamond" w:hAnsi="Garamond"/>
          <w:sz w:val="24"/>
          <w:szCs w:val="24"/>
        </w:rPr>
        <w:t>anione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) u </w:t>
      </w:r>
      <w:proofErr w:type="spellStart"/>
      <w:r w:rsidRPr="009E69F0">
        <w:rPr>
          <w:rFonts w:ascii="Garamond" w:hAnsi="Garamond"/>
          <w:sz w:val="24"/>
          <w:szCs w:val="24"/>
        </w:rPr>
        <w:t>prostor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vezujući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se za </w:t>
      </w:r>
      <w:proofErr w:type="spellStart"/>
      <w:r w:rsidRPr="009E69F0">
        <w:rPr>
          <w:rFonts w:ascii="Garamond" w:hAnsi="Garamond"/>
          <w:sz w:val="24"/>
          <w:szCs w:val="24"/>
        </w:rPr>
        <w:t>štetne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čestice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vazduhu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kao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što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PM2.5 </w:t>
      </w:r>
      <w:proofErr w:type="spellStart"/>
      <w:r w:rsidRPr="009E69F0">
        <w:rPr>
          <w:rFonts w:ascii="Garamond" w:hAnsi="Garamond"/>
          <w:sz w:val="24"/>
          <w:szCs w:val="24"/>
        </w:rPr>
        <w:t>čestice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alergeni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(</w:t>
      </w:r>
      <w:proofErr w:type="spellStart"/>
      <w:r w:rsidRPr="009E69F0">
        <w:rPr>
          <w:rFonts w:ascii="Garamond" w:hAnsi="Garamond"/>
          <w:sz w:val="24"/>
          <w:szCs w:val="24"/>
        </w:rPr>
        <w:t>polen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prašina</w:t>
      </w:r>
      <w:proofErr w:type="spellEnd"/>
      <w:r w:rsidRPr="009E69F0">
        <w:rPr>
          <w:rFonts w:ascii="Garamond" w:hAnsi="Garamond"/>
          <w:sz w:val="24"/>
          <w:szCs w:val="24"/>
        </w:rPr>
        <w:t xml:space="preserve">), </w:t>
      </w:r>
      <w:proofErr w:type="spellStart"/>
      <w:r w:rsidRPr="009E69F0">
        <w:rPr>
          <w:rFonts w:ascii="Garamond" w:hAnsi="Garamond"/>
          <w:sz w:val="24"/>
          <w:szCs w:val="24"/>
        </w:rPr>
        <w:t>duvanski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dim, </w:t>
      </w:r>
      <w:proofErr w:type="spellStart"/>
      <w:r w:rsidRPr="009E69F0">
        <w:rPr>
          <w:rFonts w:ascii="Garamond" w:hAnsi="Garamond"/>
          <w:sz w:val="24"/>
          <w:szCs w:val="24"/>
        </w:rPr>
        <w:t>neprijatni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mirisi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virusi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bakterije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. SHV </w:t>
      </w:r>
      <w:proofErr w:type="spellStart"/>
      <w:r w:rsidRPr="009E69F0">
        <w:rPr>
          <w:rFonts w:ascii="Garamond" w:hAnsi="Garamond"/>
          <w:sz w:val="24"/>
          <w:szCs w:val="24"/>
        </w:rPr>
        <w:t>jonizator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isporučuje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se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koristi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kao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samostalan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električni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u </w:t>
      </w:r>
      <w:proofErr w:type="spellStart"/>
      <w:r w:rsidRPr="009E69F0">
        <w:rPr>
          <w:rFonts w:ascii="Garamond" w:hAnsi="Garamond"/>
          <w:sz w:val="24"/>
          <w:szCs w:val="24"/>
        </w:rPr>
        <w:t>skladu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svojim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uputstvom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za </w:t>
      </w:r>
      <w:proofErr w:type="spellStart"/>
      <w:r w:rsidRPr="009E69F0">
        <w:rPr>
          <w:rFonts w:ascii="Garamond" w:hAnsi="Garamond"/>
          <w:sz w:val="24"/>
          <w:szCs w:val="24"/>
        </w:rPr>
        <w:t>upotrebu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tehničkim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specifikacijama</w:t>
      </w:r>
      <w:proofErr w:type="spellEnd"/>
      <w:r w:rsidRPr="009E69F0">
        <w:rPr>
          <w:rFonts w:ascii="Garamond" w:hAnsi="Garamond"/>
          <w:sz w:val="24"/>
          <w:szCs w:val="24"/>
        </w:rPr>
        <w:t>.</w:t>
      </w:r>
    </w:p>
    <w:p w14:paraId="16FD646F" w14:textId="77777777" w:rsidR="009E69F0" w:rsidRPr="009E69F0" w:rsidRDefault="009E69F0" w:rsidP="009E69F0">
      <w:pPr>
        <w:rPr>
          <w:rFonts w:ascii="Garamond" w:hAnsi="Garamond"/>
          <w:sz w:val="24"/>
          <w:szCs w:val="24"/>
        </w:rPr>
      </w:pPr>
      <w:proofErr w:type="spellStart"/>
      <w:r w:rsidRPr="009E69F0">
        <w:rPr>
          <w:rFonts w:ascii="Garamond" w:hAnsi="Garamond"/>
          <w:sz w:val="24"/>
          <w:szCs w:val="24"/>
        </w:rPr>
        <w:t>Upotreba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SHV </w:t>
      </w:r>
      <w:proofErr w:type="spellStart"/>
      <w:r w:rsidRPr="009E69F0">
        <w:rPr>
          <w:rFonts w:ascii="Garamond" w:hAnsi="Garamond"/>
          <w:sz w:val="24"/>
          <w:szCs w:val="24"/>
        </w:rPr>
        <w:t>jonizatora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vazduha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ne </w:t>
      </w:r>
      <w:proofErr w:type="spellStart"/>
      <w:r w:rsidRPr="009E69F0">
        <w:rPr>
          <w:rFonts w:ascii="Garamond" w:hAnsi="Garamond"/>
          <w:sz w:val="24"/>
          <w:szCs w:val="24"/>
        </w:rPr>
        <w:t>utiče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na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osnovnu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funkciju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rad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saobraznost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r w:rsidRPr="009E69F0">
        <w:rPr>
          <w:rFonts w:ascii="Garamond" w:hAnsi="Garamond"/>
          <w:b/>
          <w:bCs/>
          <w:sz w:val="24"/>
          <w:szCs w:val="24"/>
        </w:rPr>
        <w:t>FRESH O2</w:t>
      </w:r>
      <w:r w:rsidRPr="009E69F0">
        <w:rPr>
          <w:rFonts w:ascii="Garamond" w:hAnsi="Garamond"/>
          <w:sz w:val="24"/>
          <w:szCs w:val="24"/>
        </w:rPr>
        <w:t xml:space="preserve"> po </w:t>
      </w:r>
      <w:proofErr w:type="spellStart"/>
      <w:r w:rsidRPr="009E69F0">
        <w:rPr>
          <w:rFonts w:ascii="Garamond" w:hAnsi="Garamond"/>
          <w:sz w:val="24"/>
          <w:szCs w:val="24"/>
        </w:rPr>
        <w:t>ovom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ugovoru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niti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menja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prava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obaveze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ugovornih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strana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u </w:t>
      </w:r>
      <w:proofErr w:type="spellStart"/>
      <w:r w:rsidRPr="009E69F0">
        <w:rPr>
          <w:rFonts w:ascii="Garamond" w:hAnsi="Garamond"/>
          <w:sz w:val="24"/>
          <w:szCs w:val="24"/>
        </w:rPr>
        <w:t>vezi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uređajem</w:t>
      </w:r>
      <w:proofErr w:type="spellEnd"/>
      <w:r w:rsidRPr="009E69F0">
        <w:rPr>
          <w:rFonts w:ascii="Garamond" w:hAnsi="Garamond"/>
          <w:sz w:val="24"/>
          <w:szCs w:val="24"/>
        </w:rPr>
        <w:t xml:space="preserve"> FRESH O2, </w:t>
      </w:r>
      <w:proofErr w:type="spellStart"/>
      <w:r w:rsidRPr="009E69F0">
        <w:rPr>
          <w:rFonts w:ascii="Garamond" w:hAnsi="Garamond"/>
          <w:sz w:val="24"/>
          <w:szCs w:val="24"/>
        </w:rPr>
        <w:t>već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predstavlja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dodatnu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, </w:t>
      </w:r>
      <w:proofErr w:type="spellStart"/>
      <w:r w:rsidRPr="009E69F0">
        <w:rPr>
          <w:rFonts w:ascii="Garamond" w:hAnsi="Garamond"/>
          <w:sz w:val="24"/>
          <w:szCs w:val="24"/>
        </w:rPr>
        <w:t>opcionu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funkcionalnost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izabranu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od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strane</w:t>
      </w:r>
      <w:proofErr w:type="spellEnd"/>
      <w:r w:rsidRPr="009E69F0">
        <w:rPr>
          <w:rFonts w:ascii="Garamond" w:hAnsi="Garamond"/>
          <w:sz w:val="24"/>
          <w:szCs w:val="24"/>
        </w:rPr>
        <w:t xml:space="preserve"> </w:t>
      </w:r>
      <w:proofErr w:type="spellStart"/>
      <w:r w:rsidRPr="009E69F0">
        <w:rPr>
          <w:rFonts w:ascii="Garamond" w:hAnsi="Garamond"/>
          <w:sz w:val="24"/>
          <w:szCs w:val="24"/>
        </w:rPr>
        <w:t>Kupca</w:t>
      </w:r>
      <w:proofErr w:type="spellEnd"/>
    </w:p>
    <w:p w14:paraId="1121229C" w14:textId="77777777" w:rsidR="009E69F0" w:rsidRPr="003C5AD7" w:rsidRDefault="009E69F0" w:rsidP="004F642C">
      <w:pPr>
        <w:rPr>
          <w:rFonts w:ascii="Garamond" w:hAnsi="Garamond"/>
          <w:sz w:val="24"/>
          <w:szCs w:val="24"/>
        </w:rPr>
      </w:pPr>
    </w:p>
    <w:p w14:paraId="5144F283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4.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i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148A379F" w14:textId="27E59699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lastRenderedPageBreak/>
        <w:t>pri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čemu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ugrađuje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dalje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ispravan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prihvata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</w: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Roba se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predatom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isporučenom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onog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trenutka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r w:rsidR="003C5AD7" w:rsidRPr="003C5AD7">
        <w:rPr>
          <w:rFonts w:ascii="Garamond" w:hAnsi="Garamond"/>
          <w:b/>
          <w:bCs/>
          <w:sz w:val="24"/>
          <w:szCs w:val="24"/>
        </w:rPr>
        <w:t>FRESH O</w:t>
      </w:r>
      <w:proofErr w:type="gramStart"/>
      <w:r w:rsidR="003C5AD7" w:rsidRPr="003C5AD7">
        <w:rPr>
          <w:rFonts w:ascii="Garamond" w:hAnsi="Garamond"/>
          <w:b/>
          <w:bCs/>
          <w:sz w:val="24"/>
          <w:szCs w:val="24"/>
        </w:rPr>
        <w:t>2</w:t>
      </w:r>
      <w:r w:rsidR="003C5AD7">
        <w:rPr>
          <w:rFonts w:ascii="Garamond" w:hAnsi="Garamond"/>
          <w:b/>
          <w:bCs/>
          <w:sz w:val="24"/>
          <w:szCs w:val="24"/>
        </w:rPr>
        <w:t xml:space="preserve"> </w:t>
      </w:r>
      <w:r w:rsidR="003C5AD7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trajno</w:t>
      </w:r>
      <w:proofErr w:type="spellEnd"/>
      <w:proofErr w:type="gram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pričvršćen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/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ugrađen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objekta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činom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, bez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obzira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to da li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istog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dana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njegovo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puštanje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u rad.</w:t>
      </w:r>
    </w:p>
    <w:p w14:paraId="0E53A37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5.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Gubitak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jasan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razumljiv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obavestio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podatku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koristi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okolnostima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pod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naročito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: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pružanje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počelo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nakon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izričite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prethodne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trgovac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;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br/>
        <w:t xml:space="preserve">–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36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stav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1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tačka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4: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isporuke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podložna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pogoršanju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kvaliteta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15848816" w14:textId="5D18752A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završetka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usluga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potpunosti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saglasan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montaže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imajući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vidu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trajno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pričvršćuje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zid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skidanjem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prvobitno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upotrebljivim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2D28F155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6. (Reklamacije)</w:t>
      </w:r>
    </w:p>
    <w:p w14:paraId="186565BF" w14:textId="39B34348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podnese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nesaobraznosti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proizvoda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obrazac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izjavljuje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potvrđuje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mu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navedeni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da je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njegovim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sadržajem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.</w:t>
      </w:r>
    </w:p>
    <w:p w14:paraId="37C99BD1" w14:textId="77777777" w:rsidR="004F64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7E23B167" w14:textId="77777777" w:rsidR="003C5AD7" w:rsidRPr="006C0A2C" w:rsidRDefault="003C5AD7" w:rsidP="004F642C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771DA8AD" w14:textId="5FEA3A40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7.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  <w:r w:rsidRPr="006C0A2C">
        <w:rPr>
          <w:rFonts w:ascii="Garamond" w:hAnsi="Garamond"/>
          <w:sz w:val="24"/>
          <w:szCs w:val="24"/>
          <w:lang w:val="en-GB"/>
        </w:rPr>
        <w:br/>
      </w:r>
    </w:p>
    <w:p w14:paraId="47DCEE4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garancijskim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listom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upoznat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ostvarivanja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kroz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Pravilnik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koji mu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4ABDB37C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8. (Pravo na raskid ugovora)</w:t>
      </w:r>
    </w:p>
    <w:p w14:paraId="6A9B7EE0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lastRenderedPageBreak/>
        <w:t>Prodavac SHV ima pravo da jednostavno raskine ugovor u slučaju neispunjenja ili delimičnog ispunjenja bilo koje ugovorne obaveze Kupca, o čemu Kupca obaveštava pisanim putem.</w:t>
      </w:r>
      <w:r w:rsidRPr="006C0A2C">
        <w:rPr>
          <w:rFonts w:ascii="Garamond" w:hAnsi="Garamond"/>
          <w:sz w:val="24"/>
          <w:szCs w:val="24"/>
          <w:lang w:val="sv-SE"/>
        </w:rPr>
        <w:br/>
        <w:t>Kupac ima pravo da jednostavno raskine ugovor u slučaju neispunjenja ili delimičnog ispunjenja ugovornih obaveza od strane SHV, uz obavezu pismenog obaveštenja Prodavcu.</w:t>
      </w:r>
    </w:p>
    <w:p w14:paraId="6A5F479E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koji je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celosti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platio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otkazu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70332DD1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pravo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jednostrano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raskine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ovaj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najkasnije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do dana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izvršenja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montaže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dostavljanjem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pisanog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obaveštenja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7671A488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otkaza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ili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prestanka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Prodavcu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nadoknadi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paušalnom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iznosu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od 25%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vrednosti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ugovorene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robe</w:t>
      </w:r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kao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ugovornu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00C1EE1F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ovlašćuje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Prodavca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izvrši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prebijanje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(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kompenzaciju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>)</w:t>
      </w:r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potraživanja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osnovu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naknade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štete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sa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iznosima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koje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Kupac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uplatio</w:t>
      </w:r>
      <w:proofErr w:type="spellEnd"/>
      <w:r w:rsidRPr="00BB2739">
        <w:rPr>
          <w:rFonts w:ascii="Garamond" w:hAnsi="Garamond"/>
          <w:sz w:val="24"/>
          <w:szCs w:val="24"/>
        </w:rPr>
        <w:t xml:space="preserve"> po </w:t>
      </w:r>
      <w:proofErr w:type="spellStart"/>
      <w:r w:rsidRPr="00BB2739">
        <w:rPr>
          <w:rFonts w:ascii="Garamond" w:hAnsi="Garamond"/>
          <w:sz w:val="24"/>
          <w:szCs w:val="24"/>
        </w:rPr>
        <w:t>ovom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ugovoru</w:t>
      </w:r>
      <w:proofErr w:type="spellEnd"/>
      <w:r w:rsidRPr="00BB2739">
        <w:rPr>
          <w:rFonts w:ascii="Garamond" w:hAnsi="Garamond"/>
          <w:sz w:val="24"/>
          <w:szCs w:val="24"/>
        </w:rPr>
        <w:t>.</w:t>
      </w:r>
    </w:p>
    <w:p w14:paraId="2AD8C05A" w14:textId="77777777" w:rsidR="00BB2739" w:rsidRPr="00BB2739" w:rsidRDefault="00BB2739" w:rsidP="00BB2739">
      <w:pPr>
        <w:rPr>
          <w:rFonts w:ascii="Garamond" w:hAnsi="Garamond"/>
          <w:sz w:val="24"/>
          <w:szCs w:val="24"/>
        </w:rPr>
      </w:pPr>
      <w:r w:rsidRPr="00BB2739">
        <w:rPr>
          <w:rFonts w:ascii="Garamond" w:hAnsi="Garamond"/>
          <w:sz w:val="24"/>
          <w:szCs w:val="24"/>
        </w:rPr>
        <w:t xml:space="preserve">U </w:t>
      </w:r>
      <w:proofErr w:type="spellStart"/>
      <w:r w:rsidRPr="00BB2739">
        <w:rPr>
          <w:rFonts w:ascii="Garamond" w:hAnsi="Garamond"/>
          <w:sz w:val="24"/>
          <w:szCs w:val="24"/>
        </w:rPr>
        <w:t>slučaju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do </w:t>
      </w:r>
      <w:proofErr w:type="spellStart"/>
      <w:r w:rsidRPr="00BB2739">
        <w:rPr>
          <w:rFonts w:ascii="Garamond" w:hAnsi="Garamond"/>
          <w:sz w:val="24"/>
          <w:szCs w:val="24"/>
        </w:rPr>
        <w:t>raskida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ugovora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sz w:val="24"/>
          <w:szCs w:val="24"/>
        </w:rPr>
        <w:t>dođe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iz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razloga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za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koje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odgovara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, </w:t>
      </w:r>
      <w:proofErr w:type="spellStart"/>
      <w:r w:rsidRPr="00BB2739">
        <w:rPr>
          <w:rFonts w:ascii="Garamond" w:hAnsi="Garamond"/>
          <w:sz w:val="24"/>
          <w:szCs w:val="24"/>
        </w:rPr>
        <w:t>Prodavac</w:t>
      </w:r>
      <w:proofErr w:type="spellEnd"/>
      <w:r w:rsidRPr="00BB2739">
        <w:rPr>
          <w:rFonts w:ascii="Garamond" w:hAnsi="Garamond"/>
          <w:sz w:val="24"/>
          <w:szCs w:val="24"/>
        </w:rPr>
        <w:t xml:space="preserve"> je </w:t>
      </w:r>
      <w:proofErr w:type="spellStart"/>
      <w:r w:rsidRPr="00BB2739">
        <w:rPr>
          <w:rFonts w:ascii="Garamond" w:hAnsi="Garamond"/>
          <w:sz w:val="24"/>
          <w:szCs w:val="24"/>
        </w:rPr>
        <w:t>dužan</w:t>
      </w:r>
      <w:proofErr w:type="spellEnd"/>
      <w:r w:rsidRPr="00BB2739">
        <w:rPr>
          <w:rFonts w:ascii="Garamond" w:hAnsi="Garamond"/>
          <w:sz w:val="24"/>
          <w:szCs w:val="24"/>
        </w:rPr>
        <w:t xml:space="preserve"> da </w:t>
      </w:r>
      <w:proofErr w:type="spellStart"/>
      <w:r w:rsidRPr="00BB2739">
        <w:rPr>
          <w:rFonts w:ascii="Garamond" w:hAnsi="Garamond"/>
          <w:sz w:val="24"/>
          <w:szCs w:val="24"/>
        </w:rPr>
        <w:t>Kupcu</w:t>
      </w:r>
      <w:proofErr w:type="spellEnd"/>
      <w:r w:rsidRPr="00BB2739">
        <w:rPr>
          <w:rFonts w:ascii="Garamond" w:hAnsi="Garamond"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vrati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primljeni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avans</w:t>
      </w:r>
      <w:proofErr w:type="spellEnd"/>
      <w:r w:rsidRPr="00BB2739">
        <w:rPr>
          <w:rFonts w:ascii="Garamond" w:hAnsi="Garamond"/>
          <w:b/>
          <w:bCs/>
          <w:sz w:val="24"/>
          <w:szCs w:val="24"/>
        </w:rPr>
        <w:t xml:space="preserve"> u </w:t>
      </w:r>
      <w:proofErr w:type="spellStart"/>
      <w:r w:rsidRPr="00BB2739">
        <w:rPr>
          <w:rFonts w:ascii="Garamond" w:hAnsi="Garamond"/>
          <w:b/>
          <w:bCs/>
          <w:sz w:val="24"/>
          <w:szCs w:val="24"/>
        </w:rPr>
        <w:t>celosti</w:t>
      </w:r>
      <w:proofErr w:type="spellEnd"/>
    </w:p>
    <w:p w14:paraId="46F2D64D" w14:textId="2579A3D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</w:p>
    <w:p w14:paraId="6D1428ED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sv-SE"/>
        </w:rPr>
      </w:pPr>
      <w:r w:rsidRPr="006C0A2C">
        <w:rPr>
          <w:rFonts w:ascii="Garamond" w:hAnsi="Garamond"/>
          <w:b/>
          <w:bCs/>
          <w:sz w:val="24"/>
          <w:szCs w:val="24"/>
          <w:lang w:val="sv-SE"/>
        </w:rPr>
        <w:t>Član 9. (Upotreba podataka i prenos prava)</w:t>
      </w:r>
    </w:p>
    <w:p w14:paraId="39730DF3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Potpisivanjem ugovora Kupac daje saglasnost da SHV koristi njegove lične podatke (adresu, telefon, e-mail i druge dostavljene podatke) radi kontakta i dostavljanja obaveštenja o svojim uslugama i aktivnostima, korišćenjem svih sredstava poslovne komunikacije.</w:t>
      </w:r>
      <w:r w:rsidRPr="006C0A2C">
        <w:rPr>
          <w:rFonts w:ascii="Garamond" w:hAnsi="Garamond"/>
          <w:sz w:val="24"/>
          <w:szCs w:val="24"/>
          <w:lang w:val="sv-SE"/>
        </w:rPr>
        <w:br/>
        <w:t>Kupac može u svakom trenutku povući dati pristanak.</w:t>
      </w:r>
    </w:p>
    <w:p w14:paraId="0DEAF4E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Primena odredbi ovog člana ne isključuje primenu propisa o zaštiti podataka o ličnosti.</w:t>
      </w:r>
    </w:p>
    <w:p w14:paraId="4D54EF75" w14:textId="5E91359B" w:rsidR="004F642C" w:rsidRPr="00895328" w:rsidRDefault="004F642C" w:rsidP="004F642C">
      <w:pPr>
        <w:rPr>
          <w:rFonts w:ascii="Garamond" w:hAnsi="Garamond"/>
          <w:sz w:val="24"/>
          <w:szCs w:val="24"/>
          <w:lang w:val="sv-SE"/>
        </w:rPr>
      </w:pPr>
      <w:r w:rsidRPr="006C0A2C">
        <w:rPr>
          <w:rFonts w:ascii="Garamond" w:hAnsi="Garamond"/>
          <w:sz w:val="24"/>
          <w:szCs w:val="24"/>
          <w:lang w:val="sv-SE"/>
        </w:rPr>
        <w:t>SHV može preneti prava i obaveze iz ovog ugovora na treće lice, pod uslovom da se time ne umanjuju prava Kupca i uz prethodnu pismenu saglasnost Kupca.</w:t>
      </w:r>
    </w:p>
    <w:p w14:paraId="4E7326E2" w14:textId="77777777" w:rsidR="004F642C" w:rsidRPr="006C0A2C" w:rsidRDefault="004F642C" w:rsidP="004F642C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10. (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završne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b/>
          <w:bCs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2A77B9A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između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ugovornih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strana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pisanim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. Dan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slanja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preporučene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urednog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  <w:r w:rsidRPr="006C0A2C">
        <w:rPr>
          <w:rFonts w:ascii="Garamond" w:hAnsi="Garamond"/>
          <w:sz w:val="24"/>
          <w:szCs w:val="24"/>
          <w:lang w:val="en-GB"/>
        </w:rPr>
        <w:br/>
        <w:t xml:space="preserve">Ako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pošiljka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biti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uručena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navedenu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naknadno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dostavljenu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adresu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Kupac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odbije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prijem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dostavljanje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uredno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izvršeno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5E3D9211" w14:textId="77777777" w:rsidR="004F642C" w:rsidRPr="006C0A2C" w:rsidRDefault="004F642C" w:rsidP="004F642C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sz w:val="24"/>
          <w:szCs w:val="24"/>
          <w:lang w:val="en-GB"/>
        </w:rPr>
        <w:t xml:space="preserve">Za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sva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pitanja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nisu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uređena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odredbe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obligacionim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odnosima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drugi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važeći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6C0A2C">
        <w:rPr>
          <w:rFonts w:ascii="Garamond" w:hAnsi="Garamond"/>
          <w:sz w:val="24"/>
          <w:szCs w:val="24"/>
          <w:lang w:val="en-GB"/>
        </w:rPr>
        <w:t>propisi</w:t>
      </w:r>
      <w:proofErr w:type="spellEnd"/>
      <w:r w:rsidRPr="006C0A2C">
        <w:rPr>
          <w:rFonts w:ascii="Garamond" w:hAnsi="Garamond"/>
          <w:sz w:val="24"/>
          <w:szCs w:val="24"/>
          <w:lang w:val="en-GB"/>
        </w:rPr>
        <w:t>.</w:t>
      </w:r>
    </w:p>
    <w:p w14:paraId="6CBFA495" w14:textId="77777777" w:rsidR="004F642C" w:rsidRPr="006C0A2C" w:rsidRDefault="004F642C">
      <w:pPr>
        <w:rPr>
          <w:rFonts w:ascii="Garamond" w:hAnsi="Garamond"/>
          <w:sz w:val="24"/>
          <w:szCs w:val="24"/>
          <w:lang w:val="en-GB"/>
        </w:rPr>
      </w:pPr>
    </w:p>
    <w:sectPr w:rsidR="004F642C" w:rsidRPr="006C0A2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30C7B"/>
    <w:multiLevelType w:val="multilevel"/>
    <w:tmpl w:val="E224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22371A"/>
    <w:multiLevelType w:val="multilevel"/>
    <w:tmpl w:val="62D4D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AD1DE2"/>
    <w:multiLevelType w:val="multilevel"/>
    <w:tmpl w:val="5DF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3665">
    <w:abstractNumId w:val="8"/>
  </w:num>
  <w:num w:numId="2" w16cid:durableId="1402143485">
    <w:abstractNumId w:val="6"/>
  </w:num>
  <w:num w:numId="3" w16cid:durableId="109134156">
    <w:abstractNumId w:val="5"/>
  </w:num>
  <w:num w:numId="4" w16cid:durableId="1114056368">
    <w:abstractNumId w:val="4"/>
  </w:num>
  <w:num w:numId="5" w16cid:durableId="199978839">
    <w:abstractNumId w:val="7"/>
  </w:num>
  <w:num w:numId="6" w16cid:durableId="1677464945">
    <w:abstractNumId w:val="3"/>
  </w:num>
  <w:num w:numId="7" w16cid:durableId="835146814">
    <w:abstractNumId w:val="2"/>
  </w:num>
  <w:num w:numId="8" w16cid:durableId="678897504">
    <w:abstractNumId w:val="1"/>
  </w:num>
  <w:num w:numId="9" w16cid:durableId="143280011">
    <w:abstractNumId w:val="0"/>
  </w:num>
  <w:num w:numId="10" w16cid:durableId="1360399730">
    <w:abstractNumId w:val="9"/>
  </w:num>
  <w:num w:numId="11" w16cid:durableId="1167091203">
    <w:abstractNumId w:val="10"/>
  </w:num>
  <w:num w:numId="12" w16cid:durableId="6793570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5074"/>
    <w:rsid w:val="0006063C"/>
    <w:rsid w:val="0015074B"/>
    <w:rsid w:val="00200983"/>
    <w:rsid w:val="00216441"/>
    <w:rsid w:val="0029639D"/>
    <w:rsid w:val="00326F90"/>
    <w:rsid w:val="003C5AD7"/>
    <w:rsid w:val="004F642C"/>
    <w:rsid w:val="00502FCA"/>
    <w:rsid w:val="005F4B37"/>
    <w:rsid w:val="006C0A2C"/>
    <w:rsid w:val="006C3F10"/>
    <w:rsid w:val="006D398A"/>
    <w:rsid w:val="00853D6E"/>
    <w:rsid w:val="00895328"/>
    <w:rsid w:val="009E69F0"/>
    <w:rsid w:val="00A168F8"/>
    <w:rsid w:val="00A525FB"/>
    <w:rsid w:val="00AA1D8D"/>
    <w:rsid w:val="00AE3476"/>
    <w:rsid w:val="00B47730"/>
    <w:rsid w:val="00BB2739"/>
    <w:rsid w:val="00CB0664"/>
    <w:rsid w:val="00E54742"/>
    <w:rsid w:val="00FC693F"/>
    <w:rsid w:val="00FD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F93FAB"/>
  <w14:defaultImageDpi w14:val="300"/>
  <w15:docId w15:val="{2D318BB2-F0F2-4CBD-97E3-52514DC9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F4B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3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C5AD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1587</Words>
  <Characters>9050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User</cp:lastModifiedBy>
  <cp:revision>2</cp:revision>
  <dcterms:created xsi:type="dcterms:W3CDTF">2026-01-12T13:52:00Z</dcterms:created>
  <dcterms:modified xsi:type="dcterms:W3CDTF">2026-01-12T13:52:00Z</dcterms:modified>
  <cp:category/>
</cp:coreProperties>
</file>