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799C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SMART HOUSE VENT SYSTEM DOO</w:t>
      </w:r>
    </w:p>
    <w:p w14:paraId="3EC2DE87" w14:textId="557D628E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 xml:space="preserve">Email: </w:t>
      </w:r>
      <w:r w:rsidR="005F4B37" w:rsidRPr="006C0A2C">
        <w:rPr>
          <w:rFonts w:ascii="Garamond" w:hAnsi="Garamond"/>
          <w:sz w:val="24"/>
          <w:szCs w:val="24"/>
        </w:rPr>
        <w:t>officeshvsystem</w:t>
      </w:r>
      <w:r w:rsidRPr="006C0A2C">
        <w:rPr>
          <w:rFonts w:ascii="Garamond" w:hAnsi="Garamond"/>
          <w:sz w:val="24"/>
          <w:szCs w:val="24"/>
        </w:rPr>
        <w:t>@gmail.com</w:t>
      </w:r>
    </w:p>
    <w:p w14:paraId="54DFB137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Br. računa: 160-6000002311495-94</w:t>
      </w:r>
    </w:p>
    <w:p w14:paraId="249E727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Matični broj: 22111779</w:t>
      </w:r>
    </w:p>
    <w:p w14:paraId="6D99C66C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Ulica: Petra Kočića br.14</w:t>
      </w:r>
    </w:p>
    <w:p w14:paraId="3F5E07DC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PIB: 115076377</w:t>
      </w:r>
    </w:p>
    <w:p w14:paraId="156048AF" w14:textId="15E3B0D5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 xml:space="preserve">Tel: </w:t>
      </w:r>
      <w:r w:rsidR="006C0A2C">
        <w:rPr>
          <w:rFonts w:ascii="Garamond" w:hAnsi="Garamond"/>
          <w:sz w:val="24"/>
          <w:szCs w:val="24"/>
        </w:rPr>
        <w:t>0692105554</w:t>
      </w:r>
    </w:p>
    <w:p w14:paraId="29D1192C" w14:textId="77777777" w:rsidR="006C3F10" w:rsidRPr="006C0A2C" w:rsidRDefault="006C3F10">
      <w:pPr>
        <w:rPr>
          <w:rFonts w:ascii="Garamond" w:hAnsi="Garamond"/>
          <w:sz w:val="24"/>
          <w:szCs w:val="24"/>
        </w:rPr>
      </w:pPr>
    </w:p>
    <w:p w14:paraId="55BF7E48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ZAKLJUČNICA / UGOVOR br. 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7"/>
        <w:gridCol w:w="4313"/>
      </w:tblGrid>
      <w:tr w:rsidR="006C3F10" w:rsidRPr="006C0A2C" w14:paraId="302CFE9B" w14:textId="77777777">
        <w:tc>
          <w:tcPr>
            <w:tcW w:w="4320" w:type="dxa"/>
          </w:tcPr>
          <w:p w14:paraId="2E5C6D1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Mesto i datum: ______________________________</w:t>
            </w:r>
          </w:p>
        </w:tc>
        <w:tc>
          <w:tcPr>
            <w:tcW w:w="4320" w:type="dxa"/>
          </w:tcPr>
          <w:p w14:paraId="2AD1080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ONLINE (po potrebi): ________________________</w:t>
            </w:r>
          </w:p>
        </w:tc>
      </w:tr>
    </w:tbl>
    <w:p w14:paraId="49305DE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UGOVOR POPUNITI ČITKO VELIKIM ŠTAMPANIM SLOVIMA</w:t>
      </w:r>
    </w:p>
    <w:p w14:paraId="5F8EEF02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Podaci o kupcu / firmi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6C3F10" w:rsidRPr="006C0A2C" w14:paraId="083D422D" w14:textId="77777777">
        <w:tc>
          <w:tcPr>
            <w:tcW w:w="4320" w:type="dxa"/>
          </w:tcPr>
          <w:p w14:paraId="0974113F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Ime i prezime kupca / naziv firme</w:t>
            </w:r>
          </w:p>
        </w:tc>
        <w:tc>
          <w:tcPr>
            <w:tcW w:w="4320" w:type="dxa"/>
          </w:tcPr>
          <w:p w14:paraId="44C6587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8C912AE" w14:textId="77777777">
        <w:tc>
          <w:tcPr>
            <w:tcW w:w="4320" w:type="dxa"/>
          </w:tcPr>
          <w:p w14:paraId="3120638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JMBG / PIB</w:t>
            </w:r>
          </w:p>
        </w:tc>
        <w:tc>
          <w:tcPr>
            <w:tcW w:w="4320" w:type="dxa"/>
          </w:tcPr>
          <w:p w14:paraId="42963DA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FA1B8BB" w14:textId="77777777">
        <w:tc>
          <w:tcPr>
            <w:tcW w:w="4320" w:type="dxa"/>
          </w:tcPr>
          <w:p w14:paraId="74DE6836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Adresa (ulica i broj)</w:t>
            </w:r>
          </w:p>
        </w:tc>
        <w:tc>
          <w:tcPr>
            <w:tcW w:w="4320" w:type="dxa"/>
          </w:tcPr>
          <w:p w14:paraId="1350D90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277BF891" w14:textId="77777777">
        <w:tc>
          <w:tcPr>
            <w:tcW w:w="4320" w:type="dxa"/>
          </w:tcPr>
          <w:p w14:paraId="1A38AEB5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Poštanski broj / Mesto</w:t>
            </w:r>
          </w:p>
        </w:tc>
        <w:tc>
          <w:tcPr>
            <w:tcW w:w="4320" w:type="dxa"/>
          </w:tcPr>
          <w:p w14:paraId="0B93284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4111DFA1" w14:textId="77777777">
        <w:tc>
          <w:tcPr>
            <w:tcW w:w="4320" w:type="dxa"/>
          </w:tcPr>
          <w:p w14:paraId="59FB99EE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Telefon / Mobilni</w:t>
            </w:r>
          </w:p>
        </w:tc>
        <w:tc>
          <w:tcPr>
            <w:tcW w:w="4320" w:type="dxa"/>
          </w:tcPr>
          <w:p w14:paraId="244D35B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20B2CA6A" w14:textId="77777777">
        <w:tc>
          <w:tcPr>
            <w:tcW w:w="4320" w:type="dxa"/>
          </w:tcPr>
          <w:p w14:paraId="65BD07E4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Email kupca</w:t>
            </w:r>
          </w:p>
        </w:tc>
        <w:tc>
          <w:tcPr>
            <w:tcW w:w="4320" w:type="dxa"/>
          </w:tcPr>
          <w:p w14:paraId="1FE49EF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060BFAD6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Adresa za isporuku (ako je drugačija od adrese kupca): _________________________________</w:t>
      </w:r>
    </w:p>
    <w:p w14:paraId="14A28B4F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Specifikacija naručene robe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5"/>
        <w:gridCol w:w="1726"/>
        <w:gridCol w:w="1726"/>
        <w:gridCol w:w="1726"/>
        <w:gridCol w:w="1727"/>
      </w:tblGrid>
      <w:tr w:rsidR="006C3F10" w:rsidRPr="006C0A2C" w14:paraId="0AEDDB54" w14:textId="77777777">
        <w:tc>
          <w:tcPr>
            <w:tcW w:w="1728" w:type="dxa"/>
          </w:tcPr>
          <w:p w14:paraId="3AC70594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ŠIFRA</w:t>
            </w:r>
          </w:p>
        </w:tc>
        <w:tc>
          <w:tcPr>
            <w:tcW w:w="1728" w:type="dxa"/>
          </w:tcPr>
          <w:p w14:paraId="002DDB3B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NAZIV ROBE</w:t>
            </w:r>
          </w:p>
        </w:tc>
        <w:tc>
          <w:tcPr>
            <w:tcW w:w="1728" w:type="dxa"/>
          </w:tcPr>
          <w:p w14:paraId="7A401F73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KOL.</w:t>
            </w:r>
          </w:p>
        </w:tc>
        <w:tc>
          <w:tcPr>
            <w:tcW w:w="1728" w:type="dxa"/>
          </w:tcPr>
          <w:p w14:paraId="090387C0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CENA SA PDV (RSD)</w:t>
            </w:r>
          </w:p>
        </w:tc>
        <w:tc>
          <w:tcPr>
            <w:tcW w:w="1728" w:type="dxa"/>
          </w:tcPr>
          <w:p w14:paraId="677B941C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UKUPNO SA PDV (RSD)</w:t>
            </w:r>
          </w:p>
        </w:tc>
      </w:tr>
      <w:tr w:rsidR="006C3F10" w:rsidRPr="006C0A2C" w14:paraId="04DB1FF1" w14:textId="77777777">
        <w:tc>
          <w:tcPr>
            <w:tcW w:w="1728" w:type="dxa"/>
          </w:tcPr>
          <w:p w14:paraId="6203E13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9E48BB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FD0F246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DEB5ED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9A332A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6328E7C8" w14:textId="77777777">
        <w:tc>
          <w:tcPr>
            <w:tcW w:w="1728" w:type="dxa"/>
          </w:tcPr>
          <w:p w14:paraId="656509FC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03CF38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D580405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49F1CA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71A9DEA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54A34F92" w14:textId="77777777">
        <w:tc>
          <w:tcPr>
            <w:tcW w:w="1728" w:type="dxa"/>
          </w:tcPr>
          <w:p w14:paraId="3350D25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3EA19ED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958163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3583F7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B86FCF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14881E9" w14:textId="77777777">
        <w:tc>
          <w:tcPr>
            <w:tcW w:w="1728" w:type="dxa"/>
          </w:tcPr>
          <w:p w14:paraId="1830649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138FB27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ABDA51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8734FDA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ACB38A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31B09159" w14:textId="77777777">
        <w:tc>
          <w:tcPr>
            <w:tcW w:w="1728" w:type="dxa"/>
          </w:tcPr>
          <w:p w14:paraId="25AC803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5BF9D2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2FC3BC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18E28FF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5C7811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312504D3" w14:textId="77777777">
        <w:tc>
          <w:tcPr>
            <w:tcW w:w="1728" w:type="dxa"/>
          </w:tcPr>
          <w:p w14:paraId="5DC4C11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02FC32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35E936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E4A716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8EE1840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5212AD5" w14:textId="77777777">
        <w:tc>
          <w:tcPr>
            <w:tcW w:w="1728" w:type="dxa"/>
          </w:tcPr>
          <w:p w14:paraId="7436E79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96097D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9AE5EF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17ECCD5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884AE5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1ADCAB7" w14:textId="77777777">
        <w:tc>
          <w:tcPr>
            <w:tcW w:w="1728" w:type="dxa"/>
          </w:tcPr>
          <w:p w14:paraId="3474E9B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43633F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E7496EC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9CEAFC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193B440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53467FDB" w14:textId="4C07F728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proofErr w:type="spellStart"/>
      <w:r w:rsidRPr="006C0A2C">
        <w:rPr>
          <w:rFonts w:ascii="Garamond" w:hAnsi="Garamond"/>
          <w:b/>
          <w:sz w:val="24"/>
          <w:szCs w:val="24"/>
        </w:rPr>
        <w:t>Način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i</w:t>
      </w:r>
      <w:proofErr w:type="spellEnd"/>
      <w:r w:rsidR="006D398A"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sredstvo</w:t>
      </w:r>
      <w:proofErr w:type="spellEnd"/>
      <w:r w:rsidR="006D398A"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plaćanja</w:t>
      </w:r>
      <w:proofErr w:type="spellEnd"/>
    </w:p>
    <w:p w14:paraId="7E7DCF0B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utvrđuju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sledeći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sredstvo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>:</w:t>
      </w:r>
    </w:p>
    <w:p w14:paraId="3B7CC74B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lastRenderedPageBreak/>
        <w:t>Način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JEDNOKRATNO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NA RATE</w:t>
      </w:r>
    </w:p>
    <w:p w14:paraId="3CF64A1C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t>Sredstvo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Gotovina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Platna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kartica</w:t>
      </w:r>
      <w:proofErr w:type="spellEnd"/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Bezgotovinski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prenos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(</w:t>
      </w:r>
      <w:proofErr w:type="spellStart"/>
      <w:r w:rsidRPr="00A525FB">
        <w:rPr>
          <w:rFonts w:ascii="Garamond" w:hAnsi="Garamond"/>
          <w:sz w:val="24"/>
          <w:szCs w:val="24"/>
        </w:rPr>
        <w:t>uplata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ra</w:t>
      </w:r>
      <w:r w:rsidRPr="00A525FB">
        <w:rPr>
          <w:rFonts w:ascii="Garamond" w:hAnsi="Garamond" w:cs="Garamond"/>
          <w:sz w:val="24"/>
          <w:szCs w:val="24"/>
        </w:rPr>
        <w:t>č</w:t>
      </w:r>
      <w:r w:rsidRPr="00A525FB">
        <w:rPr>
          <w:rFonts w:ascii="Garamond" w:hAnsi="Garamond"/>
          <w:sz w:val="24"/>
          <w:szCs w:val="24"/>
        </w:rPr>
        <w:t>una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Kupca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ra</w:t>
      </w:r>
      <w:r w:rsidRPr="00A525FB">
        <w:rPr>
          <w:rFonts w:ascii="Garamond" w:hAnsi="Garamond" w:cs="Garamond"/>
          <w:sz w:val="24"/>
          <w:szCs w:val="24"/>
        </w:rPr>
        <w:t>č</w:t>
      </w:r>
      <w:r w:rsidRPr="00A525FB">
        <w:rPr>
          <w:rFonts w:ascii="Garamond" w:hAnsi="Garamond"/>
          <w:sz w:val="24"/>
          <w:szCs w:val="24"/>
        </w:rPr>
        <w:t>un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Prodavca</w:t>
      </w:r>
      <w:proofErr w:type="spellEnd"/>
      <w:r w:rsidRPr="00A525FB">
        <w:rPr>
          <w:rFonts w:ascii="Garamond" w:hAnsi="Garamond"/>
          <w:sz w:val="24"/>
          <w:szCs w:val="24"/>
        </w:rPr>
        <w:t>)</w:t>
      </w:r>
    </w:p>
    <w:p w14:paraId="4F85E10C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 je </w:t>
      </w:r>
      <w:proofErr w:type="spellStart"/>
      <w:r w:rsidRPr="00A525FB">
        <w:rPr>
          <w:rFonts w:ascii="Garamond" w:hAnsi="Garamond"/>
          <w:sz w:val="24"/>
          <w:szCs w:val="24"/>
        </w:rPr>
        <w:t>kao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označeno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r w:rsidRPr="00A525FB">
        <w:rPr>
          <w:rFonts w:ascii="Garamond" w:hAnsi="Garamond"/>
          <w:b/>
          <w:bCs/>
          <w:sz w:val="24"/>
          <w:szCs w:val="24"/>
        </w:rPr>
        <w:t xml:space="preserve">„NA </w:t>
      </w:r>
      <w:proofErr w:type="gramStart"/>
      <w:r w:rsidRPr="00A525FB">
        <w:rPr>
          <w:rFonts w:ascii="Garamond" w:hAnsi="Garamond"/>
          <w:b/>
          <w:bCs/>
          <w:sz w:val="24"/>
          <w:szCs w:val="24"/>
        </w:rPr>
        <w:t>RATE“</w:t>
      </w:r>
      <w:proofErr w:type="gramEnd"/>
      <w:r w:rsidRPr="00A525FB">
        <w:rPr>
          <w:rFonts w:ascii="Garamond" w:hAnsi="Garamond"/>
          <w:sz w:val="24"/>
          <w:szCs w:val="24"/>
        </w:rPr>
        <w:t xml:space="preserve">, </w:t>
      </w: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ugovaraju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sledeće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uslove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, koji se </w:t>
      </w:r>
      <w:proofErr w:type="spellStart"/>
      <w:r w:rsidRPr="00A525FB">
        <w:rPr>
          <w:rFonts w:ascii="Garamond" w:hAnsi="Garamond"/>
          <w:sz w:val="24"/>
          <w:szCs w:val="24"/>
        </w:rPr>
        <w:t>popunjavaju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i </w:t>
      </w:r>
      <w:proofErr w:type="spellStart"/>
      <w:r w:rsidRPr="00A525FB">
        <w:rPr>
          <w:rFonts w:ascii="Garamond" w:hAnsi="Garamond"/>
          <w:sz w:val="24"/>
          <w:szCs w:val="24"/>
        </w:rPr>
        <w:t>primenjuju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isključivo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tom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>:</w:t>
      </w:r>
    </w:p>
    <w:p w14:paraId="5E177122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Broj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mesečnih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rata: __________</w:t>
      </w:r>
    </w:p>
    <w:p w14:paraId="445C1525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Iznos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rate: __________ </w:t>
      </w:r>
      <w:proofErr w:type="spellStart"/>
      <w:r w:rsidRPr="00A525FB">
        <w:rPr>
          <w:rFonts w:ascii="Garamond" w:hAnsi="Garamond"/>
          <w:sz w:val="24"/>
          <w:szCs w:val="24"/>
        </w:rPr>
        <w:t>dinara</w:t>
      </w:r>
      <w:proofErr w:type="spellEnd"/>
    </w:p>
    <w:p w14:paraId="1BA40695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Rok </w:t>
      </w:r>
      <w:proofErr w:type="spellStart"/>
      <w:r w:rsidRPr="00A525FB">
        <w:rPr>
          <w:rFonts w:ascii="Garamond" w:hAnsi="Garamond"/>
          <w:sz w:val="24"/>
          <w:szCs w:val="24"/>
        </w:rPr>
        <w:t>uplate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rate: __________</w:t>
      </w:r>
    </w:p>
    <w:p w14:paraId="7E9D494F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Datum </w:t>
      </w:r>
      <w:proofErr w:type="spellStart"/>
      <w:r w:rsidRPr="00A525FB">
        <w:rPr>
          <w:rFonts w:ascii="Garamond" w:hAnsi="Garamond"/>
          <w:sz w:val="24"/>
          <w:szCs w:val="24"/>
        </w:rPr>
        <w:t>dospeća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narednih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rata: __________ (</w:t>
      </w:r>
      <w:proofErr w:type="spellStart"/>
      <w:r w:rsidRPr="00A525FB">
        <w:rPr>
          <w:rFonts w:ascii="Garamond" w:hAnsi="Garamond"/>
          <w:sz w:val="24"/>
          <w:szCs w:val="24"/>
        </w:rPr>
        <w:t>svakog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___ u </w:t>
      </w:r>
      <w:proofErr w:type="spellStart"/>
      <w:r w:rsidRPr="00A525FB">
        <w:rPr>
          <w:rFonts w:ascii="Garamond" w:hAnsi="Garamond"/>
          <w:sz w:val="24"/>
          <w:szCs w:val="24"/>
        </w:rPr>
        <w:t>mesecu</w:t>
      </w:r>
      <w:proofErr w:type="spellEnd"/>
      <w:r w:rsidRPr="00A525FB">
        <w:rPr>
          <w:rFonts w:ascii="Garamond" w:hAnsi="Garamond"/>
          <w:sz w:val="24"/>
          <w:szCs w:val="24"/>
        </w:rPr>
        <w:t>)</w:t>
      </w:r>
    </w:p>
    <w:p w14:paraId="73124AF7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Ukupan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iznos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PDV-om: __________ </w:t>
      </w:r>
      <w:proofErr w:type="spellStart"/>
      <w:r w:rsidRPr="00A525FB">
        <w:rPr>
          <w:rFonts w:ascii="Garamond" w:hAnsi="Garamond"/>
          <w:sz w:val="24"/>
          <w:szCs w:val="24"/>
        </w:rPr>
        <w:t>dinara</w:t>
      </w:r>
      <w:proofErr w:type="spellEnd"/>
    </w:p>
    <w:p w14:paraId="1FD2DBE5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Nezavisno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od </w:t>
      </w:r>
      <w:proofErr w:type="spellStart"/>
      <w:r w:rsidRPr="00A525FB">
        <w:rPr>
          <w:rFonts w:ascii="Garamond" w:hAnsi="Garamond"/>
          <w:sz w:val="24"/>
          <w:szCs w:val="24"/>
        </w:rPr>
        <w:t>broja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ugovorenih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rata, </w:t>
      </w: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utvrđuju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da:</w:t>
      </w:r>
    </w:p>
    <w:p w14:paraId="774AA4E6" w14:textId="77777777" w:rsidR="00A525FB" w:rsidRPr="00A525FB" w:rsidRDefault="00A525FB" w:rsidP="00A525FB">
      <w:pPr>
        <w:numPr>
          <w:ilvl w:val="0"/>
          <w:numId w:val="12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prva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 </w:t>
      </w:r>
      <w:proofErr w:type="spellStart"/>
      <w:r w:rsidRPr="00A525FB">
        <w:rPr>
          <w:rFonts w:ascii="Garamond" w:hAnsi="Garamond"/>
          <w:sz w:val="24"/>
          <w:szCs w:val="24"/>
        </w:rPr>
        <w:t>iznosi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najmanje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20% </w:t>
      </w:r>
      <w:proofErr w:type="spellStart"/>
      <w:r w:rsidRPr="00A525FB">
        <w:rPr>
          <w:rFonts w:ascii="Garamond" w:hAnsi="Garamond"/>
          <w:sz w:val="24"/>
          <w:szCs w:val="24"/>
        </w:rPr>
        <w:t>od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ukupne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cene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dospeva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dan </w:t>
      </w:r>
      <w:proofErr w:type="spellStart"/>
      <w:r w:rsidRPr="00A525FB">
        <w:rPr>
          <w:rFonts w:ascii="Garamond" w:hAnsi="Garamond"/>
          <w:sz w:val="24"/>
          <w:szCs w:val="24"/>
        </w:rPr>
        <w:t>zaključenja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ovog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ugovora</w:t>
      </w:r>
      <w:proofErr w:type="spellEnd"/>
      <w:r w:rsidRPr="00A525FB">
        <w:rPr>
          <w:rFonts w:ascii="Garamond" w:hAnsi="Garamond"/>
          <w:sz w:val="24"/>
          <w:szCs w:val="24"/>
        </w:rPr>
        <w:t>;</w:t>
      </w:r>
    </w:p>
    <w:p w14:paraId="05A4FB0D" w14:textId="77777777" w:rsidR="00A525FB" w:rsidRPr="00A525FB" w:rsidRDefault="00A525FB" w:rsidP="00A525FB">
      <w:pPr>
        <w:numPr>
          <w:ilvl w:val="0"/>
          <w:numId w:val="12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preostali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deo </w:t>
      </w:r>
      <w:proofErr w:type="spellStart"/>
      <w:r w:rsidRPr="00A525FB">
        <w:rPr>
          <w:rFonts w:ascii="Garamond" w:hAnsi="Garamond"/>
          <w:sz w:val="24"/>
          <w:szCs w:val="24"/>
        </w:rPr>
        <w:t>ugovorene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cene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mora </w:t>
      </w:r>
      <w:proofErr w:type="spellStart"/>
      <w:r w:rsidRPr="00A525FB">
        <w:rPr>
          <w:rFonts w:ascii="Garamond" w:hAnsi="Garamond"/>
          <w:sz w:val="24"/>
          <w:szCs w:val="24"/>
        </w:rPr>
        <w:t>biti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celosti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isplaćen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najkasnije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roku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od 3 (tri) dana pre dana </w:t>
      </w:r>
      <w:proofErr w:type="spellStart"/>
      <w:r w:rsidRPr="00A525FB">
        <w:rPr>
          <w:rFonts w:ascii="Garamond" w:hAnsi="Garamond"/>
          <w:sz w:val="24"/>
          <w:szCs w:val="24"/>
        </w:rPr>
        <w:t>izvršenja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montaže</w:t>
      </w:r>
      <w:proofErr w:type="spellEnd"/>
      <w:r w:rsidRPr="00A525FB">
        <w:rPr>
          <w:rFonts w:ascii="Garamond" w:hAnsi="Garamond"/>
          <w:sz w:val="24"/>
          <w:szCs w:val="24"/>
        </w:rPr>
        <w:t>.</w:t>
      </w:r>
    </w:p>
    <w:p w14:paraId="19426FF9" w14:textId="7F3276E3" w:rsidR="00A525FB" w:rsidRPr="00A525FB" w:rsidRDefault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Odredbe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i </w:t>
      </w:r>
      <w:proofErr w:type="spellStart"/>
      <w:r w:rsidRPr="00A525FB">
        <w:rPr>
          <w:rFonts w:ascii="Garamond" w:hAnsi="Garamond"/>
          <w:sz w:val="24"/>
          <w:szCs w:val="24"/>
        </w:rPr>
        <w:t>polja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koja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</w:t>
      </w:r>
      <w:proofErr w:type="spellStart"/>
      <w:r w:rsidRPr="00A525FB">
        <w:rPr>
          <w:rFonts w:ascii="Garamond" w:hAnsi="Garamond"/>
          <w:sz w:val="24"/>
          <w:szCs w:val="24"/>
        </w:rPr>
        <w:t>odnose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 </w:t>
      </w:r>
      <w:proofErr w:type="spellStart"/>
      <w:r w:rsidRPr="00A525FB">
        <w:rPr>
          <w:rFonts w:ascii="Garamond" w:hAnsi="Garamond"/>
          <w:sz w:val="24"/>
          <w:szCs w:val="24"/>
        </w:rPr>
        <w:t>primenjuju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</w:t>
      </w:r>
      <w:proofErr w:type="spellStart"/>
      <w:r w:rsidRPr="00A525FB">
        <w:rPr>
          <w:rFonts w:ascii="Garamond" w:hAnsi="Garamond"/>
          <w:sz w:val="24"/>
          <w:szCs w:val="24"/>
        </w:rPr>
        <w:t>isključivo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kada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je </w:t>
      </w:r>
      <w:proofErr w:type="spellStart"/>
      <w:r w:rsidRPr="00A525FB">
        <w:rPr>
          <w:rFonts w:ascii="Garamond" w:hAnsi="Garamond"/>
          <w:sz w:val="24"/>
          <w:szCs w:val="24"/>
        </w:rPr>
        <w:t>kao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označeno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„NA </w:t>
      </w:r>
      <w:proofErr w:type="gramStart"/>
      <w:r w:rsidRPr="00A525FB">
        <w:rPr>
          <w:rFonts w:ascii="Garamond" w:hAnsi="Garamond"/>
          <w:sz w:val="24"/>
          <w:szCs w:val="24"/>
        </w:rPr>
        <w:t>RATE“</w:t>
      </w:r>
      <w:proofErr w:type="gramEnd"/>
      <w:r w:rsidRPr="00A525FB">
        <w:rPr>
          <w:rFonts w:ascii="Garamond" w:hAnsi="Garamond"/>
          <w:sz w:val="24"/>
          <w:szCs w:val="24"/>
        </w:rPr>
        <w:t>.</w:t>
      </w:r>
      <w:r w:rsidRPr="00A525FB">
        <w:rPr>
          <w:rFonts w:ascii="Garamond" w:hAnsi="Garamond"/>
          <w:sz w:val="24"/>
          <w:szCs w:val="24"/>
        </w:rPr>
        <w:br/>
        <w:t xml:space="preserve">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jednokratnog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, </w:t>
      </w:r>
      <w:proofErr w:type="spellStart"/>
      <w:r w:rsidRPr="00A525FB">
        <w:rPr>
          <w:rFonts w:ascii="Garamond" w:hAnsi="Garamond"/>
          <w:sz w:val="24"/>
          <w:szCs w:val="24"/>
        </w:rPr>
        <w:t>navedena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polja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odredbe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ne </w:t>
      </w:r>
      <w:proofErr w:type="spellStart"/>
      <w:r w:rsidRPr="00A525FB">
        <w:rPr>
          <w:rFonts w:ascii="Garamond" w:hAnsi="Garamond"/>
          <w:sz w:val="24"/>
          <w:szCs w:val="24"/>
        </w:rPr>
        <w:t>popunjavaju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ne </w:t>
      </w:r>
      <w:proofErr w:type="spellStart"/>
      <w:r w:rsidRPr="00A525FB">
        <w:rPr>
          <w:rFonts w:ascii="Garamond" w:hAnsi="Garamond"/>
          <w:sz w:val="24"/>
          <w:szCs w:val="24"/>
        </w:rPr>
        <w:t>proizvode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pravno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dejstvo</w:t>
      </w:r>
      <w:proofErr w:type="spellEnd"/>
      <w:r w:rsidRPr="00A525FB">
        <w:rPr>
          <w:rFonts w:ascii="Garamond" w:hAnsi="Garamond"/>
          <w:sz w:val="24"/>
          <w:szCs w:val="24"/>
        </w:rPr>
        <w:t>.</w:t>
      </w:r>
    </w:p>
    <w:p w14:paraId="36FA9FD3" w14:textId="6C8DDC1F" w:rsidR="006C3F10" w:rsidRPr="00A525FB" w:rsidRDefault="004F642C">
      <w:pPr>
        <w:rPr>
          <w:rFonts w:ascii="Garamond" w:hAnsi="Garamond"/>
          <w:b/>
          <w:bCs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t>Uplate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vršiti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na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poslovni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račun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 160-6000002311495-94</w:t>
      </w:r>
    </w:p>
    <w:p w14:paraId="47D236EC" w14:textId="554CC83B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proofErr w:type="spellStart"/>
      <w:r w:rsidRPr="006C0A2C">
        <w:rPr>
          <w:rFonts w:ascii="Garamond" w:hAnsi="Garamond"/>
          <w:b/>
          <w:sz w:val="24"/>
          <w:szCs w:val="24"/>
        </w:rPr>
        <w:t>Isporuka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6C0A2C">
        <w:rPr>
          <w:rFonts w:ascii="Garamond" w:hAnsi="Garamond"/>
          <w:b/>
          <w:sz w:val="24"/>
          <w:szCs w:val="24"/>
        </w:rPr>
        <w:t>i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6C0A2C">
        <w:rPr>
          <w:rFonts w:ascii="Garamond" w:hAnsi="Garamond"/>
          <w:b/>
          <w:sz w:val="24"/>
          <w:szCs w:val="24"/>
        </w:rPr>
        <w:t>montaža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6C3F10" w:rsidRPr="006C0A2C" w14:paraId="236DB8B2" w14:textId="77777777">
        <w:tc>
          <w:tcPr>
            <w:tcW w:w="4320" w:type="dxa"/>
          </w:tcPr>
          <w:p w14:paraId="6691CA55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Termin isporuke:</w:t>
            </w:r>
          </w:p>
        </w:tc>
        <w:tc>
          <w:tcPr>
            <w:tcW w:w="4320" w:type="dxa"/>
          </w:tcPr>
          <w:p w14:paraId="020C0D7A" w14:textId="0A7D5716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 xml:space="preserve">Najkasnije </w:t>
            </w:r>
            <w:r w:rsidR="006D398A" w:rsidRPr="006C0A2C">
              <w:rPr>
                <w:rFonts w:ascii="Garamond" w:hAnsi="Garamond"/>
                <w:sz w:val="24"/>
                <w:szCs w:val="24"/>
              </w:rPr>
              <w:t>30</w:t>
            </w:r>
            <w:r w:rsidRPr="006C0A2C">
              <w:rPr>
                <w:rFonts w:ascii="Garamond" w:hAnsi="Garamond"/>
                <w:sz w:val="24"/>
                <w:szCs w:val="24"/>
              </w:rPr>
              <w:t xml:space="preserve"> dana od </w:t>
            </w:r>
            <w:proofErr w:type="spellStart"/>
            <w:r w:rsidRPr="006C0A2C">
              <w:rPr>
                <w:rFonts w:ascii="Garamond" w:hAnsi="Garamond"/>
                <w:sz w:val="24"/>
                <w:szCs w:val="24"/>
              </w:rPr>
              <w:t>uplate</w:t>
            </w:r>
            <w:proofErr w:type="spellEnd"/>
            <w:r w:rsidRPr="006C0A2C">
              <w:rPr>
                <w:rFonts w:ascii="Garamond" w:hAnsi="Garamond"/>
                <w:sz w:val="24"/>
                <w:szCs w:val="24"/>
              </w:rPr>
              <w:t xml:space="preserve"> </w:t>
            </w:r>
            <w:proofErr w:type="spellStart"/>
            <w:r w:rsidR="00A525FB">
              <w:rPr>
                <w:rFonts w:ascii="Garamond" w:hAnsi="Garamond"/>
                <w:sz w:val="24"/>
                <w:szCs w:val="24"/>
              </w:rPr>
              <w:t>prve</w:t>
            </w:r>
            <w:proofErr w:type="spellEnd"/>
            <w:r w:rsidR="00A525FB">
              <w:rPr>
                <w:rFonts w:ascii="Garamond" w:hAnsi="Garamond"/>
                <w:sz w:val="24"/>
                <w:szCs w:val="24"/>
              </w:rPr>
              <w:t xml:space="preserve"> rate</w:t>
            </w:r>
          </w:p>
        </w:tc>
      </w:tr>
      <w:tr w:rsidR="006C3F10" w:rsidRPr="006C0A2C" w14:paraId="7FA7E66C" w14:textId="77777777">
        <w:tc>
          <w:tcPr>
            <w:tcW w:w="4320" w:type="dxa"/>
          </w:tcPr>
          <w:p w14:paraId="4353410F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Montaža uređaja:</w:t>
            </w:r>
          </w:p>
        </w:tc>
        <w:tc>
          <w:tcPr>
            <w:tcW w:w="4320" w:type="dxa"/>
          </w:tcPr>
          <w:p w14:paraId="6BF3B65C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Montažu vrši ovlašćeno lice. Uređaj se trajno pričvršćuje na zid.</w:t>
            </w:r>
          </w:p>
        </w:tc>
      </w:tr>
    </w:tbl>
    <w:p w14:paraId="23CE083F" w14:textId="66CED8A2" w:rsidR="006C3F10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.</w:t>
      </w:r>
    </w:p>
    <w:p w14:paraId="7EC01B83" w14:textId="77777777" w:rsidR="00A525FB" w:rsidRPr="006C0A2C" w:rsidRDefault="00A525FB">
      <w:pPr>
        <w:rPr>
          <w:rFonts w:ascii="Garamond" w:hAnsi="Garamond"/>
          <w:sz w:val="24"/>
          <w:szCs w:val="24"/>
        </w:rPr>
      </w:pPr>
    </w:p>
    <w:p w14:paraId="321F0C83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lastRenderedPageBreak/>
        <w:t>Potpisi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6C3F10" w:rsidRPr="006C0A2C" w14:paraId="25B0C1E6" w14:textId="77777777">
        <w:tc>
          <w:tcPr>
            <w:tcW w:w="4320" w:type="dxa"/>
          </w:tcPr>
          <w:p w14:paraId="6C2FDD3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Prodavac: SMART HOUSE VENT SYSTEM DOO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_____________________________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Potpis ovlašćenog lica / pečat</w:t>
            </w:r>
          </w:p>
        </w:tc>
        <w:tc>
          <w:tcPr>
            <w:tcW w:w="4320" w:type="dxa"/>
          </w:tcPr>
          <w:p w14:paraId="0345BEAE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Kupac: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_____________________________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Ime i prezime / potpis</w:t>
            </w:r>
          </w:p>
        </w:tc>
      </w:tr>
    </w:tbl>
    <w:p w14:paraId="090B603D" w14:textId="77777777" w:rsidR="004F642C" w:rsidRPr="006C0A2C" w:rsidRDefault="004F642C">
      <w:pPr>
        <w:rPr>
          <w:rFonts w:ascii="Garamond" w:hAnsi="Garamond"/>
          <w:sz w:val="24"/>
          <w:szCs w:val="24"/>
        </w:rPr>
      </w:pPr>
    </w:p>
    <w:p w14:paraId="7E49A286" w14:textId="4707D959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UGOVORNE ODREDBE </w:t>
      </w:r>
    </w:p>
    <w:p w14:paraId="6EB008FE" w14:textId="77777777" w:rsid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1. (Cena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PDV)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robe,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predstavlja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uvećanu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za PDV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obračunat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stopi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važećoj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dan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iskazuje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dinarima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69ECE98F" w14:textId="45948B4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  <w:t xml:space="preserve">Ako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plaća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rate,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rate,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pripadajućim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PDV-om,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plaća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do 15. dana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mesecu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Ukoliko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toku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otplate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dođe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promene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stope PDV-a,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će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blagovremeno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obavestiti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iznos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PDV-</w:t>
      </w:r>
      <w:proofErr w:type="gramStart"/>
      <w:r w:rsidRPr="006C0A2C">
        <w:rPr>
          <w:rFonts w:ascii="Garamond" w:hAnsi="Garamond"/>
          <w:sz w:val="24"/>
          <w:szCs w:val="24"/>
          <w:lang w:val="en-GB"/>
        </w:rPr>
        <w:t>a</w:t>
      </w:r>
      <w:proofErr w:type="gram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obračunat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novovažećoj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stopi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Povećanje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vrednosti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robe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nastalo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zbog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promene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stope PDV-a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povećanjem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</w:r>
    </w:p>
    <w:p w14:paraId="40C90EF5" w14:textId="5B0399B8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2.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Plaćanje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kredit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obavezuje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plaćanje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rokovima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iznosima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utvrđenim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Uplate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račun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  <w:t xml:space="preserve">Ako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kupovina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kredita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primenjuju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pravila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banke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kreditiranje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postupi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internim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procedurama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banke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kredit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odobrava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06441C8C" w14:textId="77777777" w:rsidR="003C5AD7" w:rsidRDefault="004F642C" w:rsidP="003C5AD7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3.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Specifikacija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proizvoda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31732F07" w14:textId="18B98971" w:rsidR="003C5AD7" w:rsidRPr="003C5AD7" w:rsidRDefault="004F642C" w:rsidP="003C5AD7">
      <w:pPr>
        <w:rPr>
          <w:rFonts w:ascii="Garamond" w:hAnsi="Garamond"/>
          <w:b/>
          <w:bCs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r w:rsidR="003C5AD7" w:rsidRPr="003C5AD7">
        <w:rPr>
          <w:rFonts w:ascii="Garamond" w:hAnsi="Garamond"/>
          <w:sz w:val="24"/>
          <w:szCs w:val="24"/>
        </w:rPr>
        <w:t>Fresh O2</w:t>
      </w:r>
      <w:r w:rsidR="003C5AD7">
        <w:rPr>
          <w:rFonts w:ascii="Garamond" w:hAnsi="Garamond"/>
          <w:sz w:val="24"/>
          <w:szCs w:val="24"/>
        </w:rPr>
        <w:t xml:space="preserve"> (u </w:t>
      </w:r>
      <w:proofErr w:type="spellStart"/>
      <w:r w:rsidR="003C5AD7">
        <w:rPr>
          <w:rFonts w:ascii="Garamond" w:hAnsi="Garamond"/>
          <w:sz w:val="24"/>
          <w:szCs w:val="24"/>
        </w:rPr>
        <w:t>daljem</w:t>
      </w:r>
      <w:proofErr w:type="spellEnd"/>
      <w:r w:rsid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>
        <w:rPr>
          <w:rFonts w:ascii="Garamond" w:hAnsi="Garamond"/>
          <w:sz w:val="24"/>
          <w:szCs w:val="24"/>
        </w:rPr>
        <w:t>tekstu</w:t>
      </w:r>
      <w:proofErr w:type="spellEnd"/>
      <w:r w:rsid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>
        <w:rPr>
          <w:rFonts w:ascii="Garamond" w:hAnsi="Garamond"/>
          <w:sz w:val="24"/>
          <w:szCs w:val="24"/>
        </w:rPr>
        <w:t>uredjaj</w:t>
      </w:r>
      <w:proofErr w:type="spellEnd"/>
      <w:r w:rsidR="003C5AD7">
        <w:rPr>
          <w:rFonts w:ascii="Garamond" w:hAnsi="Garamond"/>
          <w:sz w:val="24"/>
          <w:szCs w:val="24"/>
        </w:rPr>
        <w:t xml:space="preserve"> FRESH O2)</w:t>
      </w:r>
      <w:r w:rsidR="003C5AD7" w:rsidRPr="003C5AD7">
        <w:rPr>
          <w:rFonts w:ascii="Garamond" w:hAnsi="Garamond"/>
          <w:sz w:val="24"/>
          <w:szCs w:val="24"/>
        </w:rPr>
        <w:t xml:space="preserve"> je </w:t>
      </w:r>
      <w:proofErr w:type="spellStart"/>
      <w:r w:rsidR="003C5AD7" w:rsidRPr="003C5AD7">
        <w:rPr>
          <w:rFonts w:ascii="Garamond" w:hAnsi="Garamond"/>
          <w:sz w:val="24"/>
          <w:szCs w:val="24"/>
        </w:rPr>
        <w:t>uređaj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namenjen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unapređenju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kvaliteta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vazduha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u </w:t>
      </w:r>
      <w:proofErr w:type="spellStart"/>
      <w:r w:rsidR="003C5AD7" w:rsidRPr="003C5AD7">
        <w:rPr>
          <w:rFonts w:ascii="Garamond" w:hAnsi="Garamond"/>
          <w:sz w:val="24"/>
          <w:szCs w:val="24"/>
        </w:rPr>
        <w:t>zatvorenim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prostorima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, koji </w:t>
      </w:r>
      <w:proofErr w:type="spellStart"/>
      <w:r w:rsidR="003C5AD7" w:rsidRPr="003C5AD7">
        <w:rPr>
          <w:rFonts w:ascii="Garamond" w:hAnsi="Garamond"/>
          <w:sz w:val="24"/>
          <w:szCs w:val="24"/>
        </w:rPr>
        <w:t>funkcioniše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tako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što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kontinuirano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unosi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svež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spoljašnji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vazduh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i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istovremeno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uklanja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ustajali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vazduh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iz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prostora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="003C5AD7" w:rsidRPr="003C5AD7">
        <w:rPr>
          <w:rFonts w:ascii="Garamond" w:hAnsi="Garamond"/>
          <w:sz w:val="24"/>
          <w:szCs w:val="24"/>
        </w:rPr>
        <w:t>čime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se </w:t>
      </w:r>
      <w:proofErr w:type="spellStart"/>
      <w:r w:rsidR="003C5AD7" w:rsidRPr="003C5AD7">
        <w:rPr>
          <w:rFonts w:ascii="Garamond" w:hAnsi="Garamond"/>
          <w:sz w:val="24"/>
          <w:szCs w:val="24"/>
        </w:rPr>
        <w:t>obezbeđuje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uravnotežena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ventilacija</w:t>
      </w:r>
      <w:proofErr w:type="spellEnd"/>
      <w:r w:rsidR="003C5AD7" w:rsidRPr="003C5AD7">
        <w:rPr>
          <w:rFonts w:ascii="Garamond" w:hAnsi="Garamond"/>
          <w:sz w:val="24"/>
          <w:szCs w:val="24"/>
        </w:rPr>
        <w:t>.</w:t>
      </w:r>
    </w:p>
    <w:p w14:paraId="2ADFEDB2" w14:textId="77777777" w:rsidR="003C5AD7" w:rsidRPr="003C5AD7" w:rsidRDefault="003C5AD7" w:rsidP="003C5AD7">
      <w:pPr>
        <w:rPr>
          <w:rFonts w:ascii="Garamond" w:hAnsi="Garamond"/>
          <w:sz w:val="24"/>
          <w:szCs w:val="24"/>
        </w:rPr>
      </w:pPr>
      <w:proofErr w:type="spellStart"/>
      <w:r w:rsidRPr="003C5AD7">
        <w:rPr>
          <w:rFonts w:ascii="Garamond" w:hAnsi="Garamond"/>
          <w:sz w:val="24"/>
          <w:szCs w:val="24"/>
        </w:rPr>
        <w:t>Uređaj</w:t>
      </w:r>
      <w:proofErr w:type="spellEnd"/>
      <w:r w:rsidRPr="003C5AD7">
        <w:rPr>
          <w:rFonts w:ascii="Garamond" w:hAnsi="Garamond"/>
          <w:sz w:val="24"/>
          <w:szCs w:val="24"/>
        </w:rPr>
        <w:t xml:space="preserve"> je </w:t>
      </w:r>
      <w:proofErr w:type="spellStart"/>
      <w:r w:rsidRPr="003C5AD7">
        <w:rPr>
          <w:rFonts w:ascii="Garamond" w:hAnsi="Garamond"/>
          <w:sz w:val="24"/>
          <w:szCs w:val="24"/>
        </w:rPr>
        <w:t>opremljen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pametnom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tehnologijom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upravljanja</w:t>
      </w:r>
      <w:proofErr w:type="spellEnd"/>
      <w:r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Pr="003C5AD7">
        <w:rPr>
          <w:rFonts w:ascii="Garamond" w:hAnsi="Garamond"/>
          <w:sz w:val="24"/>
          <w:szCs w:val="24"/>
        </w:rPr>
        <w:t>kao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visokoefikasnim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filterima</w:t>
      </w:r>
      <w:proofErr w:type="spellEnd"/>
      <w:r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Pr="003C5AD7">
        <w:rPr>
          <w:rFonts w:ascii="Garamond" w:hAnsi="Garamond"/>
          <w:sz w:val="24"/>
          <w:szCs w:val="24"/>
        </w:rPr>
        <w:t>čija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je </w:t>
      </w:r>
      <w:proofErr w:type="spellStart"/>
      <w:r w:rsidRPr="003C5AD7">
        <w:rPr>
          <w:rFonts w:ascii="Garamond" w:hAnsi="Garamond"/>
          <w:sz w:val="24"/>
          <w:szCs w:val="24"/>
        </w:rPr>
        <w:t>namena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filtracija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vazduha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obezbeđivanje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čistog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zdravog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ambijenta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za </w:t>
      </w:r>
      <w:proofErr w:type="spellStart"/>
      <w:r w:rsidRPr="003C5AD7">
        <w:rPr>
          <w:rFonts w:ascii="Garamond" w:hAnsi="Garamond"/>
          <w:sz w:val="24"/>
          <w:szCs w:val="24"/>
        </w:rPr>
        <w:t>korisnike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prostora</w:t>
      </w:r>
      <w:proofErr w:type="spellEnd"/>
      <w:r w:rsidRPr="003C5AD7">
        <w:rPr>
          <w:rFonts w:ascii="Garamond" w:hAnsi="Garamond"/>
          <w:sz w:val="24"/>
          <w:szCs w:val="24"/>
        </w:rPr>
        <w:t>.</w:t>
      </w:r>
    </w:p>
    <w:p w14:paraId="6BAE8A72" w14:textId="77777777" w:rsidR="003C5AD7" w:rsidRPr="003C5AD7" w:rsidRDefault="003C5AD7" w:rsidP="003C5AD7">
      <w:pPr>
        <w:rPr>
          <w:rFonts w:ascii="Garamond" w:hAnsi="Garamond"/>
          <w:sz w:val="24"/>
          <w:szCs w:val="24"/>
        </w:rPr>
      </w:pPr>
      <w:r w:rsidRPr="003C5AD7">
        <w:rPr>
          <w:rFonts w:ascii="Garamond" w:hAnsi="Garamond"/>
          <w:sz w:val="24"/>
          <w:szCs w:val="24"/>
        </w:rPr>
        <w:lastRenderedPageBreak/>
        <w:t xml:space="preserve">Fresh O2 </w:t>
      </w:r>
      <w:proofErr w:type="spellStart"/>
      <w:r w:rsidRPr="003C5AD7">
        <w:rPr>
          <w:rFonts w:ascii="Garamond" w:hAnsi="Garamond"/>
          <w:sz w:val="24"/>
          <w:szCs w:val="24"/>
        </w:rPr>
        <w:t>omogućava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kontinuiran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rad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tokom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cele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godine</w:t>
      </w:r>
      <w:proofErr w:type="spellEnd"/>
      <w:r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Pr="003C5AD7">
        <w:rPr>
          <w:rFonts w:ascii="Garamond" w:hAnsi="Garamond"/>
          <w:sz w:val="24"/>
          <w:szCs w:val="24"/>
        </w:rPr>
        <w:t>uz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optimizovanu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potrošnju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energije</w:t>
      </w:r>
      <w:proofErr w:type="spellEnd"/>
      <w:r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Pr="003C5AD7">
        <w:rPr>
          <w:rFonts w:ascii="Garamond" w:hAnsi="Garamond"/>
          <w:sz w:val="24"/>
          <w:szCs w:val="24"/>
        </w:rPr>
        <w:t>čime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doprinosi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energetskoj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efikasnosti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objekta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u </w:t>
      </w:r>
      <w:proofErr w:type="spellStart"/>
      <w:r w:rsidRPr="003C5AD7">
        <w:rPr>
          <w:rFonts w:ascii="Garamond" w:hAnsi="Garamond"/>
          <w:sz w:val="24"/>
          <w:szCs w:val="24"/>
        </w:rPr>
        <w:t>kome</w:t>
      </w:r>
      <w:proofErr w:type="spellEnd"/>
      <w:r w:rsidRPr="003C5AD7">
        <w:rPr>
          <w:rFonts w:ascii="Garamond" w:hAnsi="Garamond"/>
          <w:sz w:val="24"/>
          <w:szCs w:val="24"/>
        </w:rPr>
        <w:t xml:space="preserve"> se </w:t>
      </w:r>
      <w:proofErr w:type="spellStart"/>
      <w:r w:rsidRPr="003C5AD7">
        <w:rPr>
          <w:rFonts w:ascii="Garamond" w:hAnsi="Garamond"/>
          <w:sz w:val="24"/>
          <w:szCs w:val="24"/>
        </w:rPr>
        <w:t>koristi</w:t>
      </w:r>
      <w:proofErr w:type="spellEnd"/>
      <w:r w:rsidRPr="003C5AD7">
        <w:rPr>
          <w:rFonts w:ascii="Garamond" w:hAnsi="Garamond"/>
          <w:sz w:val="24"/>
          <w:szCs w:val="24"/>
        </w:rPr>
        <w:t>.</w:t>
      </w:r>
    </w:p>
    <w:p w14:paraId="405E9D64" w14:textId="6FA272D9" w:rsidR="003C5AD7" w:rsidRPr="003C5AD7" w:rsidRDefault="00035074" w:rsidP="004F642C">
      <w:pPr>
        <w:rPr>
          <w:rFonts w:ascii="Garamond" w:hAnsi="Garamond"/>
          <w:sz w:val="24"/>
          <w:szCs w:val="24"/>
        </w:rPr>
      </w:pPr>
      <w:proofErr w:type="spellStart"/>
      <w:r w:rsidRPr="00035074">
        <w:rPr>
          <w:rFonts w:ascii="Garamond" w:hAnsi="Garamond"/>
          <w:sz w:val="24"/>
          <w:szCs w:val="24"/>
        </w:rPr>
        <w:t>Kupac</w:t>
      </w:r>
      <w:proofErr w:type="spellEnd"/>
      <w:r w:rsidRPr="00035074">
        <w:rPr>
          <w:rFonts w:ascii="Garamond" w:hAnsi="Garamond"/>
          <w:sz w:val="24"/>
          <w:szCs w:val="24"/>
        </w:rPr>
        <w:t xml:space="preserve"> je </w:t>
      </w:r>
      <w:proofErr w:type="spellStart"/>
      <w:r w:rsidRPr="00035074">
        <w:rPr>
          <w:rFonts w:ascii="Garamond" w:hAnsi="Garamond"/>
          <w:sz w:val="24"/>
          <w:szCs w:val="24"/>
        </w:rPr>
        <w:t>dužan</w:t>
      </w:r>
      <w:proofErr w:type="spellEnd"/>
      <w:r w:rsidRPr="00035074">
        <w:rPr>
          <w:rFonts w:ascii="Garamond" w:hAnsi="Garamond"/>
          <w:sz w:val="24"/>
          <w:szCs w:val="24"/>
        </w:rPr>
        <w:t xml:space="preserve"> da </w:t>
      </w:r>
      <w:proofErr w:type="spellStart"/>
      <w:r w:rsidRPr="00035074">
        <w:rPr>
          <w:rFonts w:ascii="Garamond" w:hAnsi="Garamond"/>
          <w:sz w:val="24"/>
          <w:szCs w:val="24"/>
        </w:rPr>
        <w:t>uređaj</w:t>
      </w:r>
      <w:proofErr w:type="spellEnd"/>
      <w:r w:rsidRPr="00035074">
        <w:rPr>
          <w:rFonts w:ascii="Garamond" w:hAnsi="Garamond"/>
          <w:sz w:val="24"/>
          <w:szCs w:val="24"/>
        </w:rPr>
        <w:t xml:space="preserve"> FRESH GO </w:t>
      </w:r>
      <w:proofErr w:type="spellStart"/>
      <w:r w:rsidRPr="00035074">
        <w:rPr>
          <w:rFonts w:ascii="Garamond" w:hAnsi="Garamond"/>
          <w:sz w:val="24"/>
          <w:szCs w:val="24"/>
        </w:rPr>
        <w:t>koristi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u </w:t>
      </w:r>
      <w:proofErr w:type="spellStart"/>
      <w:r w:rsidRPr="00035074">
        <w:rPr>
          <w:rFonts w:ascii="Garamond" w:hAnsi="Garamond"/>
          <w:sz w:val="24"/>
          <w:szCs w:val="24"/>
        </w:rPr>
        <w:t>skladu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sa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uputstvom</w:t>
      </w:r>
      <w:proofErr w:type="spellEnd"/>
      <w:r w:rsidRPr="00035074">
        <w:rPr>
          <w:rFonts w:ascii="Garamond" w:hAnsi="Garamond"/>
          <w:sz w:val="24"/>
          <w:szCs w:val="24"/>
        </w:rPr>
        <w:t xml:space="preserve"> za </w:t>
      </w:r>
      <w:proofErr w:type="spellStart"/>
      <w:r w:rsidRPr="00035074">
        <w:rPr>
          <w:rFonts w:ascii="Garamond" w:hAnsi="Garamond"/>
          <w:sz w:val="24"/>
          <w:szCs w:val="24"/>
        </w:rPr>
        <w:t>upotrebu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tehničkim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specifikacijama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namenom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proizvoda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koje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mu se </w:t>
      </w:r>
      <w:proofErr w:type="spellStart"/>
      <w:r w:rsidRPr="00035074">
        <w:rPr>
          <w:rFonts w:ascii="Garamond" w:hAnsi="Garamond"/>
          <w:sz w:val="24"/>
          <w:szCs w:val="24"/>
        </w:rPr>
        <w:t>predaje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prilikom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isporuke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uređaja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čime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Kupac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potvrđuje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da je </w:t>
      </w:r>
      <w:proofErr w:type="spellStart"/>
      <w:r w:rsidRPr="00035074">
        <w:rPr>
          <w:rFonts w:ascii="Garamond" w:hAnsi="Garamond"/>
          <w:sz w:val="24"/>
          <w:szCs w:val="24"/>
        </w:rPr>
        <w:t>isto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primio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kao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da </w:t>
      </w:r>
      <w:proofErr w:type="spellStart"/>
      <w:r w:rsidRPr="00035074">
        <w:rPr>
          <w:rFonts w:ascii="Garamond" w:hAnsi="Garamond"/>
          <w:sz w:val="24"/>
          <w:szCs w:val="24"/>
        </w:rPr>
        <w:t>obezbedi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pravilnu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instalaciju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redovno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održavanje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upotrebu</w:t>
      </w:r>
      <w:proofErr w:type="spellEnd"/>
      <w:r w:rsidRPr="00035074">
        <w:rPr>
          <w:rFonts w:ascii="Garamond" w:hAnsi="Garamond"/>
          <w:sz w:val="24"/>
          <w:szCs w:val="24"/>
        </w:rPr>
        <w:t xml:space="preserve"> u </w:t>
      </w:r>
      <w:proofErr w:type="spellStart"/>
      <w:r w:rsidRPr="00035074">
        <w:rPr>
          <w:rFonts w:ascii="Garamond" w:hAnsi="Garamond"/>
          <w:sz w:val="24"/>
          <w:szCs w:val="24"/>
        </w:rPr>
        <w:t>uslovima</w:t>
      </w:r>
      <w:proofErr w:type="spellEnd"/>
      <w:r w:rsidRPr="00035074">
        <w:rPr>
          <w:rFonts w:ascii="Garamond" w:hAnsi="Garamond"/>
          <w:sz w:val="24"/>
          <w:szCs w:val="24"/>
        </w:rPr>
        <w:t xml:space="preserve"> za </w:t>
      </w:r>
      <w:proofErr w:type="spellStart"/>
      <w:r w:rsidRPr="00035074">
        <w:rPr>
          <w:rFonts w:ascii="Garamond" w:hAnsi="Garamond"/>
          <w:sz w:val="24"/>
          <w:szCs w:val="24"/>
        </w:rPr>
        <w:t>koje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je </w:t>
      </w:r>
      <w:proofErr w:type="spellStart"/>
      <w:r w:rsidRPr="00035074">
        <w:rPr>
          <w:rFonts w:ascii="Garamond" w:hAnsi="Garamond"/>
          <w:sz w:val="24"/>
          <w:szCs w:val="24"/>
        </w:rPr>
        <w:t>uređaj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predviđen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radi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obezbeđenja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pravilnog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bezbednog</w:t>
      </w:r>
      <w:proofErr w:type="spellEnd"/>
      <w:r w:rsidRPr="00035074">
        <w:rPr>
          <w:rFonts w:ascii="Garamond" w:hAnsi="Garamond"/>
          <w:sz w:val="24"/>
          <w:szCs w:val="24"/>
        </w:rPr>
        <w:t xml:space="preserve"> rada </w:t>
      </w:r>
      <w:proofErr w:type="spellStart"/>
      <w:r w:rsidRPr="00035074">
        <w:rPr>
          <w:rFonts w:ascii="Garamond" w:hAnsi="Garamond"/>
          <w:sz w:val="24"/>
          <w:szCs w:val="24"/>
        </w:rPr>
        <w:t>uređaja</w:t>
      </w:r>
      <w:proofErr w:type="spellEnd"/>
    </w:p>
    <w:p w14:paraId="5144F283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4.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Isporuka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i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montaža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148A379F" w14:textId="27E59699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od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strane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drugog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lica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odredi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čemu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trajno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pričvršćuje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/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ugrađuje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zid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objekta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Skidanjem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nakon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vratiti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prvobitno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dalje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koristiti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ispravan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što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izričito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prihvata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</w:r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Roba se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predatom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isporučenom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Kupcu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onog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trenutka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kada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r w:rsidR="003C5AD7" w:rsidRPr="003C5AD7">
        <w:rPr>
          <w:rFonts w:ascii="Garamond" w:hAnsi="Garamond"/>
          <w:b/>
          <w:bCs/>
          <w:sz w:val="24"/>
          <w:szCs w:val="24"/>
        </w:rPr>
        <w:t>FRESH O</w:t>
      </w:r>
      <w:proofErr w:type="gramStart"/>
      <w:r w:rsidR="003C5AD7" w:rsidRPr="003C5AD7">
        <w:rPr>
          <w:rFonts w:ascii="Garamond" w:hAnsi="Garamond"/>
          <w:b/>
          <w:bCs/>
          <w:sz w:val="24"/>
          <w:szCs w:val="24"/>
        </w:rPr>
        <w:t>2</w:t>
      </w:r>
      <w:r w:rsidR="003C5AD7">
        <w:rPr>
          <w:rFonts w:ascii="Garamond" w:hAnsi="Garamond"/>
          <w:b/>
          <w:bCs/>
          <w:sz w:val="24"/>
          <w:szCs w:val="24"/>
        </w:rPr>
        <w:t xml:space="preserve"> </w:t>
      </w:r>
      <w:r w:rsidR="003C5AD7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trajno</w:t>
      </w:r>
      <w:proofErr w:type="spellEnd"/>
      <w:proofErr w:type="gram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pričvršćen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/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ugrađen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zid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objekta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činom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završetka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, bez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obzira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to da li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istog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dana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izvršeno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njegovo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puštanje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u rad.</w:t>
      </w:r>
    </w:p>
    <w:p w14:paraId="0E53A37A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5.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Gubitak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prava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jasan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razumljiv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obavestio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podatku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koristi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okolnostima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pod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ukoliko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članom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36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naročito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:</w:t>
      </w:r>
      <w:r w:rsidRPr="006C0A2C">
        <w:rPr>
          <w:rFonts w:ascii="Garamond" w:hAnsi="Garamond"/>
          <w:sz w:val="24"/>
          <w:szCs w:val="24"/>
          <w:lang w:val="en-GB"/>
        </w:rPr>
        <w:br/>
        <w:t xml:space="preserve">–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36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stav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1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tačka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1: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pružanja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nakon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što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potpunosti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pružanje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počelo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nakon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izričite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prethodne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saglasnosti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uz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njegovu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potvrdu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kada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trgovac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potpunosti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;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br/>
        <w:t xml:space="preserve">–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36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stav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1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tačka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4: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isporuke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robe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podložna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pogoršanju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kvaliteta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15848816" w14:textId="5D18752A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završetka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da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potpunosti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potvrđuje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saglasan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imajući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vidu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trajno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pričvršćuje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za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zid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njegovim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skidanjem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vratiti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prvobitno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upotrebljivim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2D28F155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6. (Reklamacije)</w:t>
      </w:r>
    </w:p>
    <w:p w14:paraId="186565BF" w14:textId="39B34348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podnese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zbog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nesaobraznosti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proizvoda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kao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Pravilnikom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rešavanja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će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uručiti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obrazac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prilikom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izjavljuje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potvrđuje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da mu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navedeni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Pravilnik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dostavljen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da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njegovim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sadržajem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upoznat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.</w:t>
      </w:r>
    </w:p>
    <w:p w14:paraId="37C99BD1" w14:textId="77777777" w:rsidR="004F64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</w:p>
    <w:p w14:paraId="7E23B167" w14:textId="77777777" w:rsidR="003C5AD7" w:rsidRPr="006C0A2C" w:rsidRDefault="003C5AD7" w:rsidP="004F642C">
      <w:pPr>
        <w:rPr>
          <w:rFonts w:ascii="Garamond" w:hAnsi="Garamond"/>
          <w:b/>
          <w:bCs/>
          <w:sz w:val="24"/>
          <w:szCs w:val="24"/>
          <w:lang w:val="en-GB"/>
        </w:rPr>
      </w:pPr>
    </w:p>
    <w:p w14:paraId="771DA8AD" w14:textId="5FEA3A40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7.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Garancija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</w:p>
    <w:p w14:paraId="47DCEE4E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garancijskim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listom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važećim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propisima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upoznat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ostvarivanja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kroz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Pravilnik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rešavanja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koji mu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dostavljen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prilikom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4ABDB37C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sv-SE"/>
        </w:rPr>
      </w:pPr>
      <w:r w:rsidRPr="006C0A2C">
        <w:rPr>
          <w:rFonts w:ascii="Garamond" w:hAnsi="Garamond"/>
          <w:b/>
          <w:bCs/>
          <w:sz w:val="24"/>
          <w:szCs w:val="24"/>
          <w:lang w:val="sv-SE"/>
        </w:rPr>
        <w:t>Član 8. (Pravo na raskid ugovora)</w:t>
      </w:r>
    </w:p>
    <w:p w14:paraId="6A9B7EE0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Prodavac SHV ima pravo da jednostavno raskine ugovor u slučaju neispunjenja ili delimičnog ispunjenja bilo koje ugovorne obaveze Kupca, o čemu Kupca obaveštava pisanim putem.</w:t>
      </w:r>
      <w:r w:rsidRPr="006C0A2C">
        <w:rPr>
          <w:rFonts w:ascii="Garamond" w:hAnsi="Garamond"/>
          <w:sz w:val="24"/>
          <w:szCs w:val="24"/>
          <w:lang w:val="sv-SE"/>
        </w:rPr>
        <w:br/>
        <w:t>Kupac ima pravo da jednostavno raskine ugovor u slučaju neispunjenja ili delimičnog ispunjenja ugovornih obaveza od strane SHV, uz obavezu pismenog obaveštenja Prodavcu.</w:t>
      </w:r>
    </w:p>
    <w:p w14:paraId="6A5F479E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koji je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celosti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platio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otkaže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pisanog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obaveštenja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otkazu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70332DD1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ima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pravo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jednostrano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raskine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ovaj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najkasnije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do dana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izvršenja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montaže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dostavljanjem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pisanog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obaveštenja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Prodavcu</w:t>
      </w:r>
      <w:proofErr w:type="spellEnd"/>
      <w:r w:rsidRPr="00BB2739">
        <w:rPr>
          <w:rFonts w:ascii="Garamond" w:hAnsi="Garamond"/>
          <w:sz w:val="24"/>
          <w:szCs w:val="24"/>
        </w:rPr>
        <w:t>.</w:t>
      </w:r>
    </w:p>
    <w:p w14:paraId="7671A488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r w:rsidRPr="00BB2739">
        <w:rPr>
          <w:rFonts w:ascii="Garamond" w:hAnsi="Garamond"/>
          <w:sz w:val="24"/>
          <w:szCs w:val="24"/>
        </w:rPr>
        <w:t xml:space="preserve">U </w:t>
      </w:r>
      <w:proofErr w:type="spellStart"/>
      <w:r w:rsidRPr="00BB2739">
        <w:rPr>
          <w:rFonts w:ascii="Garamond" w:hAnsi="Garamond"/>
          <w:sz w:val="24"/>
          <w:szCs w:val="24"/>
        </w:rPr>
        <w:t>slučaju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raskida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otkaza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ili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prestanka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iz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razloga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za </w:t>
      </w:r>
      <w:proofErr w:type="spellStart"/>
      <w:r w:rsidRPr="00BB2739">
        <w:rPr>
          <w:rFonts w:ascii="Garamond" w:hAnsi="Garamond"/>
          <w:sz w:val="24"/>
          <w:szCs w:val="24"/>
        </w:rPr>
        <w:t>koje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odgovara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je </w:t>
      </w:r>
      <w:proofErr w:type="spellStart"/>
      <w:r w:rsidRPr="00BB2739">
        <w:rPr>
          <w:rFonts w:ascii="Garamond" w:hAnsi="Garamond"/>
          <w:sz w:val="24"/>
          <w:szCs w:val="24"/>
        </w:rPr>
        <w:t>dužan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Prodavcu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nadoknadi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štetu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u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paušalnom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iznosu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od 25%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vrednosti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ugovorene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robe</w:t>
      </w:r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kao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ugovornu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naknadu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štete</w:t>
      </w:r>
      <w:proofErr w:type="spellEnd"/>
      <w:r w:rsidRPr="00BB2739">
        <w:rPr>
          <w:rFonts w:ascii="Garamond" w:hAnsi="Garamond"/>
          <w:sz w:val="24"/>
          <w:szCs w:val="24"/>
        </w:rPr>
        <w:t>.</w:t>
      </w:r>
    </w:p>
    <w:p w14:paraId="00C1EE1F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ovlašćuje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Prodavca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izvrši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prebijanje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(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kompenzaciju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>)</w:t>
      </w:r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potraživanja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po </w:t>
      </w:r>
      <w:proofErr w:type="spellStart"/>
      <w:r w:rsidRPr="00BB2739">
        <w:rPr>
          <w:rFonts w:ascii="Garamond" w:hAnsi="Garamond"/>
          <w:sz w:val="24"/>
          <w:szCs w:val="24"/>
        </w:rPr>
        <w:t>osnovu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naknade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štete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sa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iznosima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koje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je </w:t>
      </w: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uplatio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po </w:t>
      </w:r>
      <w:proofErr w:type="spellStart"/>
      <w:r w:rsidRPr="00BB2739">
        <w:rPr>
          <w:rFonts w:ascii="Garamond" w:hAnsi="Garamond"/>
          <w:sz w:val="24"/>
          <w:szCs w:val="24"/>
        </w:rPr>
        <w:t>ovom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ugovoru</w:t>
      </w:r>
      <w:proofErr w:type="spellEnd"/>
      <w:r w:rsidRPr="00BB2739">
        <w:rPr>
          <w:rFonts w:ascii="Garamond" w:hAnsi="Garamond"/>
          <w:sz w:val="24"/>
          <w:szCs w:val="24"/>
        </w:rPr>
        <w:t>.</w:t>
      </w:r>
    </w:p>
    <w:p w14:paraId="2AD8C05A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r w:rsidRPr="00BB2739">
        <w:rPr>
          <w:rFonts w:ascii="Garamond" w:hAnsi="Garamond"/>
          <w:sz w:val="24"/>
          <w:szCs w:val="24"/>
        </w:rPr>
        <w:t xml:space="preserve">U </w:t>
      </w:r>
      <w:proofErr w:type="spellStart"/>
      <w:r w:rsidRPr="00BB2739">
        <w:rPr>
          <w:rFonts w:ascii="Garamond" w:hAnsi="Garamond"/>
          <w:sz w:val="24"/>
          <w:szCs w:val="24"/>
        </w:rPr>
        <w:t>slučaju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do </w:t>
      </w:r>
      <w:proofErr w:type="spellStart"/>
      <w:r w:rsidRPr="00BB2739">
        <w:rPr>
          <w:rFonts w:ascii="Garamond" w:hAnsi="Garamond"/>
          <w:sz w:val="24"/>
          <w:szCs w:val="24"/>
        </w:rPr>
        <w:t>raskida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dođe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iz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razloga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za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koje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odgovara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Prodavac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Prodavac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je </w:t>
      </w:r>
      <w:proofErr w:type="spellStart"/>
      <w:r w:rsidRPr="00BB2739">
        <w:rPr>
          <w:rFonts w:ascii="Garamond" w:hAnsi="Garamond"/>
          <w:sz w:val="24"/>
          <w:szCs w:val="24"/>
        </w:rPr>
        <w:t>dužan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Kupcu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vrati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primljeni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avans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u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celosti</w:t>
      </w:r>
      <w:proofErr w:type="spellEnd"/>
    </w:p>
    <w:p w14:paraId="46F2D64D" w14:textId="2579A3D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</w:p>
    <w:p w14:paraId="6D1428ED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sv-SE"/>
        </w:rPr>
      </w:pPr>
      <w:r w:rsidRPr="006C0A2C">
        <w:rPr>
          <w:rFonts w:ascii="Garamond" w:hAnsi="Garamond"/>
          <w:b/>
          <w:bCs/>
          <w:sz w:val="24"/>
          <w:szCs w:val="24"/>
          <w:lang w:val="sv-SE"/>
        </w:rPr>
        <w:t>Član 9. (Upotreba podataka i prenos prava)</w:t>
      </w:r>
    </w:p>
    <w:p w14:paraId="39730DF3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Potpisivanjem ugovora Kupac daje saglasnost da SHV koristi njegove lične podatke (adresu, telefon, e-mail i druge dostavljene podatke) radi kontakta i dostavljanja obaveštenja o svojim uslugama i aktivnostima, korišćenjem svih sredstava poslovne komunikacije.</w:t>
      </w:r>
      <w:r w:rsidRPr="006C0A2C">
        <w:rPr>
          <w:rFonts w:ascii="Garamond" w:hAnsi="Garamond"/>
          <w:sz w:val="24"/>
          <w:szCs w:val="24"/>
          <w:lang w:val="sv-SE"/>
        </w:rPr>
        <w:br/>
        <w:t>Kupac može u svakom trenutku povući dati pristanak.</w:t>
      </w:r>
    </w:p>
    <w:p w14:paraId="0DEAF4E1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Primena odredbi ovog člana ne isključuje primenu propisa o zaštiti podataka o ličnosti.</w:t>
      </w:r>
    </w:p>
    <w:p w14:paraId="4D54EF75" w14:textId="5E91359B" w:rsidR="004F642C" w:rsidRPr="00895328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lastRenderedPageBreak/>
        <w:t>SHV može preneti prava i obaveze iz ovog ugovora na treće lice, pod uslovom da se time ne umanjuju prava Kupca i uz prethodnu pismenu saglasnost Kupca.</w:t>
      </w:r>
    </w:p>
    <w:p w14:paraId="4E7326E2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10.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Dostavljanje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obaveštenja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završne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odredbe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32A77B9A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sz w:val="24"/>
          <w:szCs w:val="24"/>
          <w:lang w:val="en-GB"/>
        </w:rPr>
        <w:t>Sva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obaveštenja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između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ugovornih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strana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dostavljaju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pisanim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preporučene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pošiljke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Dan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slanja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preporučene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pošiljke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urednog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prijema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  <w:t xml:space="preserve">Ako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pošiljka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uručena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adresu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navedenu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odnosno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naknadno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adresu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Kupac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odbije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da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uredno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5E3D9211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t xml:space="preserve">Za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pitanja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nisu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primenjuju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odredbe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obligacionim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odnosima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drugi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važeći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propisi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6CBFA495" w14:textId="77777777" w:rsidR="004F642C" w:rsidRPr="006C0A2C" w:rsidRDefault="004F642C">
      <w:pPr>
        <w:rPr>
          <w:rFonts w:ascii="Garamond" w:hAnsi="Garamond"/>
          <w:sz w:val="24"/>
          <w:szCs w:val="24"/>
          <w:lang w:val="en-GB"/>
        </w:rPr>
      </w:pPr>
    </w:p>
    <w:sectPr w:rsidR="004F642C" w:rsidRPr="006C0A2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130C7B"/>
    <w:multiLevelType w:val="multilevel"/>
    <w:tmpl w:val="E2240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22371A"/>
    <w:multiLevelType w:val="multilevel"/>
    <w:tmpl w:val="62D4D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AD1DE2"/>
    <w:multiLevelType w:val="multilevel"/>
    <w:tmpl w:val="5DF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1233665">
    <w:abstractNumId w:val="8"/>
  </w:num>
  <w:num w:numId="2" w16cid:durableId="1402143485">
    <w:abstractNumId w:val="6"/>
  </w:num>
  <w:num w:numId="3" w16cid:durableId="109134156">
    <w:abstractNumId w:val="5"/>
  </w:num>
  <w:num w:numId="4" w16cid:durableId="1114056368">
    <w:abstractNumId w:val="4"/>
  </w:num>
  <w:num w:numId="5" w16cid:durableId="199978839">
    <w:abstractNumId w:val="7"/>
  </w:num>
  <w:num w:numId="6" w16cid:durableId="1677464945">
    <w:abstractNumId w:val="3"/>
  </w:num>
  <w:num w:numId="7" w16cid:durableId="835146814">
    <w:abstractNumId w:val="2"/>
  </w:num>
  <w:num w:numId="8" w16cid:durableId="678897504">
    <w:abstractNumId w:val="1"/>
  </w:num>
  <w:num w:numId="9" w16cid:durableId="143280011">
    <w:abstractNumId w:val="0"/>
  </w:num>
  <w:num w:numId="10" w16cid:durableId="1360399730">
    <w:abstractNumId w:val="9"/>
  </w:num>
  <w:num w:numId="11" w16cid:durableId="1167091203">
    <w:abstractNumId w:val="10"/>
  </w:num>
  <w:num w:numId="12" w16cid:durableId="6793570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5074"/>
    <w:rsid w:val="0006063C"/>
    <w:rsid w:val="0015074B"/>
    <w:rsid w:val="00200983"/>
    <w:rsid w:val="00216441"/>
    <w:rsid w:val="0029639D"/>
    <w:rsid w:val="00326F90"/>
    <w:rsid w:val="003C5AD7"/>
    <w:rsid w:val="004F642C"/>
    <w:rsid w:val="00502FCA"/>
    <w:rsid w:val="005F4B37"/>
    <w:rsid w:val="006C0A2C"/>
    <w:rsid w:val="006C3F10"/>
    <w:rsid w:val="006D398A"/>
    <w:rsid w:val="00853D6E"/>
    <w:rsid w:val="00895328"/>
    <w:rsid w:val="00A168F8"/>
    <w:rsid w:val="00A525FB"/>
    <w:rsid w:val="00AA1D8D"/>
    <w:rsid w:val="00AE3476"/>
    <w:rsid w:val="00B47730"/>
    <w:rsid w:val="00BB2739"/>
    <w:rsid w:val="00CB0664"/>
    <w:rsid w:val="00E54742"/>
    <w:rsid w:val="00FC693F"/>
    <w:rsid w:val="00FD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F93FAB"/>
  <w14:defaultImageDpi w14:val="300"/>
  <w15:docId w15:val="{2D318BB2-F0F2-4CBD-97E3-52514DC9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5F4B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4B3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C5AD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1323</Words>
  <Characters>7544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8850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User</cp:lastModifiedBy>
  <cp:revision>2</cp:revision>
  <dcterms:created xsi:type="dcterms:W3CDTF">2026-01-12T13:19:00Z</dcterms:created>
  <dcterms:modified xsi:type="dcterms:W3CDTF">2026-01-12T13:19:00Z</dcterms:modified>
  <cp:category/>
</cp:coreProperties>
</file>