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99C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SMART HOUSE VENT SYSTEM DOO</w:t>
      </w:r>
    </w:p>
    <w:p w14:paraId="3EC2DE87" w14:textId="557D628E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Email: </w:t>
      </w:r>
      <w:r w:rsidR="005F4B37" w:rsidRPr="006C0A2C">
        <w:rPr>
          <w:rFonts w:ascii="Garamond" w:hAnsi="Garamond"/>
          <w:sz w:val="24"/>
          <w:szCs w:val="24"/>
        </w:rPr>
        <w:t>officeshvsystem</w:t>
      </w:r>
      <w:r w:rsidRPr="006C0A2C">
        <w:rPr>
          <w:rFonts w:ascii="Garamond" w:hAnsi="Garamond"/>
          <w:sz w:val="24"/>
          <w:szCs w:val="24"/>
        </w:rPr>
        <w:t>@gmail.com</w:t>
      </w:r>
    </w:p>
    <w:p w14:paraId="54DFB137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Br. računa: 160-6000002311495-94</w:t>
      </w:r>
    </w:p>
    <w:p w14:paraId="249E727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Matični broj: 22111779</w:t>
      </w:r>
    </w:p>
    <w:p w14:paraId="6D99C66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Ulica: Petra Kočića br.14</w:t>
      </w:r>
    </w:p>
    <w:p w14:paraId="3F5E07DC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PIB: 115076377</w:t>
      </w:r>
    </w:p>
    <w:p w14:paraId="156048AF" w14:textId="15E3B0D5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 xml:space="preserve">Tel: </w:t>
      </w:r>
      <w:r w:rsidR="006C0A2C">
        <w:rPr>
          <w:rFonts w:ascii="Garamond" w:hAnsi="Garamond"/>
          <w:sz w:val="24"/>
          <w:szCs w:val="24"/>
        </w:rPr>
        <w:t>0692105554</w:t>
      </w:r>
    </w:p>
    <w:p w14:paraId="29D1192C" w14:textId="77777777" w:rsidR="006C3F10" w:rsidRPr="006C0A2C" w:rsidRDefault="006C3F10">
      <w:pPr>
        <w:rPr>
          <w:rFonts w:ascii="Garamond" w:hAnsi="Garamond"/>
          <w:sz w:val="24"/>
          <w:szCs w:val="24"/>
        </w:rPr>
      </w:pPr>
    </w:p>
    <w:p w14:paraId="55BF7E48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ZAKLJUČNICA / UGOVOR br. 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7"/>
        <w:gridCol w:w="4313"/>
      </w:tblGrid>
      <w:tr w:rsidR="006C3F10" w:rsidRPr="006C0A2C" w14:paraId="302CFE9B" w14:textId="77777777">
        <w:tc>
          <w:tcPr>
            <w:tcW w:w="4320" w:type="dxa"/>
          </w:tcPr>
          <w:p w14:paraId="2E5C6D1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Mesto i datum: ______________________________</w:t>
            </w:r>
          </w:p>
        </w:tc>
        <w:tc>
          <w:tcPr>
            <w:tcW w:w="4320" w:type="dxa"/>
          </w:tcPr>
          <w:p w14:paraId="2AD1080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ONLINE (po potrebi): ________________________</w:t>
            </w:r>
          </w:p>
        </w:tc>
      </w:tr>
    </w:tbl>
    <w:p w14:paraId="49305DE5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UGOVOR POPUNITI ČITKO VELIKIM ŠTAMPANIM SLOVIMA</w:t>
      </w:r>
    </w:p>
    <w:p w14:paraId="5F8EEF02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Podaci o kupcu / firmi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C3F10" w:rsidRPr="006C0A2C" w14:paraId="083D422D" w14:textId="77777777">
        <w:tc>
          <w:tcPr>
            <w:tcW w:w="4320" w:type="dxa"/>
          </w:tcPr>
          <w:p w14:paraId="0974113F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Ime i prezime kupca / naziv firme</w:t>
            </w:r>
          </w:p>
        </w:tc>
        <w:tc>
          <w:tcPr>
            <w:tcW w:w="4320" w:type="dxa"/>
          </w:tcPr>
          <w:p w14:paraId="44C6587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8C912AE" w14:textId="77777777">
        <w:tc>
          <w:tcPr>
            <w:tcW w:w="4320" w:type="dxa"/>
          </w:tcPr>
          <w:p w14:paraId="3120638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JMBG / PIB</w:t>
            </w:r>
          </w:p>
        </w:tc>
        <w:tc>
          <w:tcPr>
            <w:tcW w:w="4320" w:type="dxa"/>
          </w:tcPr>
          <w:p w14:paraId="42963DA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FA1B8BB" w14:textId="77777777">
        <w:tc>
          <w:tcPr>
            <w:tcW w:w="4320" w:type="dxa"/>
          </w:tcPr>
          <w:p w14:paraId="74DE6836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Adresa (ulica i broj)</w:t>
            </w:r>
          </w:p>
        </w:tc>
        <w:tc>
          <w:tcPr>
            <w:tcW w:w="4320" w:type="dxa"/>
          </w:tcPr>
          <w:p w14:paraId="1350D90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77BF891" w14:textId="77777777">
        <w:tc>
          <w:tcPr>
            <w:tcW w:w="4320" w:type="dxa"/>
          </w:tcPr>
          <w:p w14:paraId="1A38AEB5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Poštanski broj / Mesto</w:t>
            </w:r>
          </w:p>
        </w:tc>
        <w:tc>
          <w:tcPr>
            <w:tcW w:w="4320" w:type="dxa"/>
          </w:tcPr>
          <w:p w14:paraId="0B93284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4111DFA1" w14:textId="77777777">
        <w:tc>
          <w:tcPr>
            <w:tcW w:w="4320" w:type="dxa"/>
          </w:tcPr>
          <w:p w14:paraId="59FB99E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Telefon / Mobilni</w:t>
            </w:r>
          </w:p>
        </w:tc>
        <w:tc>
          <w:tcPr>
            <w:tcW w:w="4320" w:type="dxa"/>
          </w:tcPr>
          <w:p w14:paraId="244D35B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20B2CA6A" w14:textId="77777777">
        <w:tc>
          <w:tcPr>
            <w:tcW w:w="4320" w:type="dxa"/>
          </w:tcPr>
          <w:p w14:paraId="65BD07E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Email kupca</w:t>
            </w:r>
          </w:p>
        </w:tc>
        <w:tc>
          <w:tcPr>
            <w:tcW w:w="4320" w:type="dxa"/>
          </w:tcPr>
          <w:p w14:paraId="1FE49EF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060BFAD6" w14:textId="77777777" w:rsidR="006C3F10" w:rsidRPr="006C0A2C" w:rsidRDefault="004F642C">
      <w:pPr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sz w:val="24"/>
          <w:szCs w:val="24"/>
        </w:rPr>
        <w:t>Adresa za isporuku (ako je drugačija od adrese kupca): _________________________________</w:t>
      </w:r>
    </w:p>
    <w:p w14:paraId="14A28B4F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Specifikacija naručene robe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5"/>
        <w:gridCol w:w="1726"/>
        <w:gridCol w:w="1726"/>
        <w:gridCol w:w="1726"/>
        <w:gridCol w:w="1727"/>
      </w:tblGrid>
      <w:tr w:rsidR="006C3F10" w:rsidRPr="006C0A2C" w14:paraId="0AEDDB54" w14:textId="77777777">
        <w:tc>
          <w:tcPr>
            <w:tcW w:w="1728" w:type="dxa"/>
          </w:tcPr>
          <w:p w14:paraId="3AC70594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ŠIFRA</w:t>
            </w:r>
          </w:p>
        </w:tc>
        <w:tc>
          <w:tcPr>
            <w:tcW w:w="1728" w:type="dxa"/>
          </w:tcPr>
          <w:p w14:paraId="002DDB3B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NAZIV ROBE</w:t>
            </w:r>
          </w:p>
        </w:tc>
        <w:tc>
          <w:tcPr>
            <w:tcW w:w="1728" w:type="dxa"/>
          </w:tcPr>
          <w:p w14:paraId="7A401F73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KOL.</w:t>
            </w:r>
          </w:p>
        </w:tc>
        <w:tc>
          <w:tcPr>
            <w:tcW w:w="1728" w:type="dxa"/>
          </w:tcPr>
          <w:p w14:paraId="090387C0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CENA SA PDV (RSD)</w:t>
            </w:r>
          </w:p>
        </w:tc>
        <w:tc>
          <w:tcPr>
            <w:tcW w:w="1728" w:type="dxa"/>
          </w:tcPr>
          <w:p w14:paraId="677B941C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UKUPNO SA PDV (RSD)</w:t>
            </w:r>
          </w:p>
        </w:tc>
      </w:tr>
      <w:tr w:rsidR="006C3F10" w:rsidRPr="006C0A2C" w14:paraId="04DB1FF1" w14:textId="77777777">
        <w:tc>
          <w:tcPr>
            <w:tcW w:w="1728" w:type="dxa"/>
          </w:tcPr>
          <w:p w14:paraId="6203E13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E48BB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FD0F246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EB5ED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A332A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6328E7C8" w14:textId="77777777">
        <w:tc>
          <w:tcPr>
            <w:tcW w:w="1728" w:type="dxa"/>
          </w:tcPr>
          <w:p w14:paraId="656509F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03CF38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58040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49F1CA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71A9DE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54A34F92" w14:textId="77777777">
        <w:tc>
          <w:tcPr>
            <w:tcW w:w="1728" w:type="dxa"/>
          </w:tcPr>
          <w:p w14:paraId="3350D25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EA19ED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9581631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83F74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B86FCF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4881E9" w14:textId="77777777">
        <w:tc>
          <w:tcPr>
            <w:tcW w:w="1728" w:type="dxa"/>
          </w:tcPr>
          <w:p w14:paraId="1830649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38FB27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ABDA51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8734FDA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ACB38A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B09159" w14:textId="77777777">
        <w:tc>
          <w:tcPr>
            <w:tcW w:w="1728" w:type="dxa"/>
          </w:tcPr>
          <w:p w14:paraId="25AC803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BF9D23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2FC3BC8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18E28FF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5C7811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312504D3" w14:textId="77777777">
        <w:tc>
          <w:tcPr>
            <w:tcW w:w="1728" w:type="dxa"/>
          </w:tcPr>
          <w:p w14:paraId="5DC4C11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02FC32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35E936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E4A716B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8EE1840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5212AD5" w14:textId="77777777">
        <w:tc>
          <w:tcPr>
            <w:tcW w:w="1728" w:type="dxa"/>
          </w:tcPr>
          <w:p w14:paraId="7436E79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96097D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9AE5EFD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17ECCD5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884AE57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6C3F10" w:rsidRPr="006C0A2C" w14:paraId="11ADCAB7" w14:textId="77777777">
        <w:tc>
          <w:tcPr>
            <w:tcW w:w="1728" w:type="dxa"/>
          </w:tcPr>
          <w:p w14:paraId="3474E9B2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43633F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E7496EC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9CEAFCE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93B4409" w14:textId="77777777" w:rsidR="006C3F10" w:rsidRPr="006C0A2C" w:rsidRDefault="006C3F10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53467FDB" w14:textId="4C07F728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proofErr w:type="spellStart"/>
      <w:r w:rsidRPr="006C0A2C">
        <w:rPr>
          <w:rFonts w:ascii="Garamond" w:hAnsi="Garamond"/>
          <w:b/>
          <w:sz w:val="24"/>
          <w:szCs w:val="24"/>
        </w:rPr>
        <w:t>Način</w:t>
      </w:r>
      <w:proofErr w:type="spellEnd"/>
      <w:r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i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sredstvo</w:t>
      </w:r>
      <w:proofErr w:type="spellEnd"/>
      <w:r w:rsidR="006D398A" w:rsidRPr="006C0A2C">
        <w:rPr>
          <w:rFonts w:ascii="Garamond" w:hAnsi="Garamond"/>
          <w:b/>
          <w:sz w:val="24"/>
          <w:szCs w:val="24"/>
        </w:rPr>
        <w:t xml:space="preserve"> </w:t>
      </w:r>
      <w:proofErr w:type="spellStart"/>
      <w:r w:rsidR="006D398A" w:rsidRPr="006C0A2C">
        <w:rPr>
          <w:rFonts w:ascii="Garamond" w:hAnsi="Garamond"/>
          <w:b/>
          <w:sz w:val="24"/>
          <w:szCs w:val="24"/>
        </w:rPr>
        <w:t>plaćanja</w:t>
      </w:r>
      <w:proofErr w:type="spellEnd"/>
    </w:p>
    <w:p w14:paraId="7E7DCF0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3B7CC74B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lastRenderedPageBreak/>
        <w:t>Način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JEDNOKRATNO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NA RATE</w:t>
      </w:r>
    </w:p>
    <w:p w14:paraId="3CF64A1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Sredstvo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Gotovina</w:t>
      </w:r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Platna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kartica</w:t>
      </w:r>
      <w:proofErr w:type="spellEnd"/>
      <w:r w:rsidRPr="00A525FB">
        <w:rPr>
          <w:rFonts w:ascii="Garamond" w:hAnsi="Garamond"/>
          <w:sz w:val="24"/>
          <w:szCs w:val="24"/>
        </w:rPr>
        <w:br/>
      </w:r>
      <w:r w:rsidRPr="00A525FB">
        <w:rPr>
          <w:rFonts w:ascii="Segoe UI Symbol" w:hAnsi="Segoe UI Symbol" w:cs="Segoe UI Symbol"/>
          <w:sz w:val="24"/>
          <w:szCs w:val="24"/>
        </w:rPr>
        <w:t>☐</w:t>
      </w:r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Bezgotovinski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prenos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(</w:t>
      </w:r>
      <w:proofErr w:type="spellStart"/>
      <w:r w:rsidRPr="00A525FB">
        <w:rPr>
          <w:rFonts w:ascii="Garamond" w:hAnsi="Garamond"/>
          <w:sz w:val="24"/>
          <w:szCs w:val="24"/>
        </w:rPr>
        <w:t>uplata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Kupca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ra</w:t>
      </w:r>
      <w:r w:rsidRPr="00A525FB">
        <w:rPr>
          <w:rFonts w:ascii="Garamond" w:hAnsi="Garamond" w:cs="Garamond"/>
          <w:sz w:val="24"/>
          <w:szCs w:val="24"/>
        </w:rPr>
        <w:t>č</w:t>
      </w:r>
      <w:r w:rsidRPr="00A525FB">
        <w:rPr>
          <w:rFonts w:ascii="Garamond" w:hAnsi="Garamond"/>
          <w:sz w:val="24"/>
          <w:szCs w:val="24"/>
        </w:rPr>
        <w:t>un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Prodavca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4F85E10C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r w:rsidRPr="00A525FB">
        <w:rPr>
          <w:rFonts w:ascii="Garamond" w:hAnsi="Garamond"/>
          <w:b/>
          <w:bCs/>
          <w:sz w:val="24"/>
          <w:szCs w:val="24"/>
        </w:rPr>
        <w:t xml:space="preserve">„NA </w:t>
      </w:r>
      <w:proofErr w:type="gramStart"/>
      <w:r w:rsidRPr="00A525FB">
        <w:rPr>
          <w:rFonts w:ascii="Garamond" w:hAnsi="Garamond"/>
          <w:b/>
          <w:bCs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ugovaraju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sledeće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uslove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koji se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tom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>:</w:t>
      </w:r>
    </w:p>
    <w:p w14:paraId="5E177122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Broj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mesečnih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</w:t>
      </w:r>
    </w:p>
    <w:p w14:paraId="445C152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BA40695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Rok </w:t>
      </w:r>
      <w:proofErr w:type="spellStart"/>
      <w:r w:rsidRPr="00A525FB">
        <w:rPr>
          <w:rFonts w:ascii="Garamond" w:hAnsi="Garamond"/>
          <w:sz w:val="24"/>
          <w:szCs w:val="24"/>
        </w:rPr>
        <w:t>uplate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prve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rate: __________</w:t>
      </w:r>
    </w:p>
    <w:p w14:paraId="7E9D494F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r w:rsidRPr="00A525FB">
        <w:rPr>
          <w:rFonts w:ascii="Garamond" w:hAnsi="Garamond"/>
          <w:sz w:val="24"/>
          <w:szCs w:val="24"/>
        </w:rPr>
        <w:t xml:space="preserve">Datum </w:t>
      </w:r>
      <w:proofErr w:type="spellStart"/>
      <w:r w:rsidRPr="00A525FB">
        <w:rPr>
          <w:rFonts w:ascii="Garamond" w:hAnsi="Garamond"/>
          <w:sz w:val="24"/>
          <w:szCs w:val="24"/>
        </w:rPr>
        <w:t>dospeća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narednih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rata: __________ (</w:t>
      </w:r>
      <w:proofErr w:type="spellStart"/>
      <w:r w:rsidRPr="00A525FB">
        <w:rPr>
          <w:rFonts w:ascii="Garamond" w:hAnsi="Garamond"/>
          <w:sz w:val="24"/>
          <w:szCs w:val="24"/>
        </w:rPr>
        <w:t>svakog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___ u </w:t>
      </w:r>
      <w:proofErr w:type="spellStart"/>
      <w:r w:rsidRPr="00A525FB">
        <w:rPr>
          <w:rFonts w:ascii="Garamond" w:hAnsi="Garamond"/>
          <w:sz w:val="24"/>
          <w:szCs w:val="24"/>
        </w:rPr>
        <w:t>mesecu</w:t>
      </w:r>
      <w:proofErr w:type="spellEnd"/>
      <w:r w:rsidRPr="00A525FB">
        <w:rPr>
          <w:rFonts w:ascii="Garamond" w:hAnsi="Garamond"/>
          <w:sz w:val="24"/>
          <w:szCs w:val="24"/>
        </w:rPr>
        <w:t>)</w:t>
      </w:r>
    </w:p>
    <w:p w14:paraId="73124AF7" w14:textId="77777777" w:rsidR="00A525FB" w:rsidRPr="00A525FB" w:rsidRDefault="00A525FB" w:rsidP="00A525FB">
      <w:pPr>
        <w:numPr>
          <w:ilvl w:val="0"/>
          <w:numId w:val="11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Ukupan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iznos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PDV-om: __________ </w:t>
      </w:r>
      <w:proofErr w:type="spellStart"/>
      <w:r w:rsidRPr="00A525FB">
        <w:rPr>
          <w:rFonts w:ascii="Garamond" w:hAnsi="Garamond"/>
          <w:sz w:val="24"/>
          <w:szCs w:val="24"/>
        </w:rPr>
        <w:t>dinara</w:t>
      </w:r>
      <w:proofErr w:type="spellEnd"/>
    </w:p>
    <w:p w14:paraId="1FD2DBE5" w14:textId="77777777" w:rsidR="00A525FB" w:rsidRPr="00A525FB" w:rsidRDefault="00A525FB" w:rsidP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Nezavisno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</w:t>
      </w:r>
      <w:proofErr w:type="spellStart"/>
      <w:r w:rsidRPr="00A525FB">
        <w:rPr>
          <w:rFonts w:ascii="Garamond" w:hAnsi="Garamond"/>
          <w:sz w:val="24"/>
          <w:szCs w:val="24"/>
        </w:rPr>
        <w:t>broja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ugovorenih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rata, </w:t>
      </w:r>
      <w:proofErr w:type="spellStart"/>
      <w:r w:rsidRPr="00A525FB">
        <w:rPr>
          <w:rFonts w:ascii="Garamond" w:hAnsi="Garamond"/>
          <w:sz w:val="24"/>
          <w:szCs w:val="24"/>
        </w:rPr>
        <w:t>ugovorne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strane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saglasno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utvrđuju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da:</w:t>
      </w:r>
    </w:p>
    <w:p w14:paraId="774AA4E6" w14:textId="77777777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rata </w:t>
      </w:r>
      <w:proofErr w:type="spellStart"/>
      <w:r w:rsidRPr="00A525FB">
        <w:rPr>
          <w:rFonts w:ascii="Garamond" w:hAnsi="Garamond"/>
          <w:sz w:val="24"/>
          <w:szCs w:val="24"/>
        </w:rPr>
        <w:t>iznosi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najmanje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20% </w:t>
      </w:r>
      <w:proofErr w:type="spellStart"/>
      <w:r w:rsidRPr="00A525FB">
        <w:rPr>
          <w:rFonts w:ascii="Garamond" w:hAnsi="Garamond"/>
          <w:sz w:val="24"/>
          <w:szCs w:val="24"/>
        </w:rPr>
        <w:t>od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ukupne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dospeva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dan </w:t>
      </w:r>
      <w:proofErr w:type="spellStart"/>
      <w:r w:rsidRPr="00A525FB">
        <w:rPr>
          <w:rFonts w:ascii="Garamond" w:hAnsi="Garamond"/>
          <w:sz w:val="24"/>
          <w:szCs w:val="24"/>
        </w:rPr>
        <w:t>zaključenja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ovog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ugovora</w:t>
      </w:r>
      <w:proofErr w:type="spellEnd"/>
      <w:r w:rsidRPr="00A525FB">
        <w:rPr>
          <w:rFonts w:ascii="Garamond" w:hAnsi="Garamond"/>
          <w:sz w:val="24"/>
          <w:szCs w:val="24"/>
        </w:rPr>
        <w:t>;</w:t>
      </w:r>
    </w:p>
    <w:p w14:paraId="05A4FB0D" w14:textId="0A7E047F" w:rsidR="00A525FB" w:rsidRPr="00A525FB" w:rsidRDefault="00A525FB" w:rsidP="00A525FB">
      <w:pPr>
        <w:numPr>
          <w:ilvl w:val="0"/>
          <w:numId w:val="12"/>
        </w:num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preostali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deo </w:t>
      </w:r>
      <w:proofErr w:type="spellStart"/>
      <w:r w:rsidRPr="00A525FB">
        <w:rPr>
          <w:rFonts w:ascii="Garamond" w:hAnsi="Garamond"/>
          <w:sz w:val="24"/>
          <w:szCs w:val="24"/>
        </w:rPr>
        <w:t>ugovorene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cene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mora </w:t>
      </w:r>
      <w:proofErr w:type="spellStart"/>
      <w:r w:rsidRPr="00A525FB">
        <w:rPr>
          <w:rFonts w:ascii="Garamond" w:hAnsi="Garamond"/>
          <w:sz w:val="24"/>
          <w:szCs w:val="24"/>
        </w:rPr>
        <w:t>biti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celosti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isplaćen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najkasnije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roku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od 3 (tri) dana pre dana </w:t>
      </w:r>
      <w:proofErr w:type="spellStart"/>
      <w:r w:rsidR="00D33FED">
        <w:rPr>
          <w:rFonts w:ascii="Garamond" w:hAnsi="Garamond"/>
          <w:sz w:val="24"/>
          <w:szCs w:val="24"/>
        </w:rPr>
        <w:t>dostavljanja</w:t>
      </w:r>
      <w:proofErr w:type="spellEnd"/>
      <w:r w:rsidR="00D33FED">
        <w:rPr>
          <w:rFonts w:ascii="Garamond" w:hAnsi="Garamond"/>
          <w:sz w:val="24"/>
          <w:szCs w:val="24"/>
        </w:rPr>
        <w:t xml:space="preserve"> </w:t>
      </w:r>
      <w:proofErr w:type="spellStart"/>
      <w:r w:rsidR="00D33FED">
        <w:rPr>
          <w:rFonts w:ascii="Garamond" w:hAnsi="Garamond"/>
          <w:sz w:val="24"/>
          <w:szCs w:val="24"/>
        </w:rPr>
        <w:t>proizvoda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19426FF9" w14:textId="7F3276E3" w:rsidR="00A525FB" w:rsidRPr="00A525FB" w:rsidRDefault="00A525FB">
      <w:pPr>
        <w:rPr>
          <w:rFonts w:ascii="Garamond" w:hAnsi="Garamond"/>
          <w:sz w:val="24"/>
          <w:szCs w:val="24"/>
        </w:rPr>
      </w:pP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i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koja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odnose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rate </w:t>
      </w:r>
      <w:proofErr w:type="spellStart"/>
      <w:r w:rsidRPr="00A525FB">
        <w:rPr>
          <w:rFonts w:ascii="Garamond" w:hAnsi="Garamond"/>
          <w:sz w:val="24"/>
          <w:szCs w:val="24"/>
        </w:rPr>
        <w:t>primenjuju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</w:t>
      </w:r>
      <w:proofErr w:type="spellStart"/>
      <w:r w:rsidRPr="00A525FB">
        <w:rPr>
          <w:rFonts w:ascii="Garamond" w:hAnsi="Garamond"/>
          <w:sz w:val="24"/>
          <w:szCs w:val="24"/>
        </w:rPr>
        <w:t>isključivo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kada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je </w:t>
      </w:r>
      <w:proofErr w:type="spellStart"/>
      <w:r w:rsidRPr="00A525FB">
        <w:rPr>
          <w:rFonts w:ascii="Garamond" w:hAnsi="Garamond"/>
          <w:sz w:val="24"/>
          <w:szCs w:val="24"/>
        </w:rPr>
        <w:t>kao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način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označeno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„NA </w:t>
      </w:r>
      <w:proofErr w:type="gramStart"/>
      <w:r w:rsidRPr="00A525FB">
        <w:rPr>
          <w:rFonts w:ascii="Garamond" w:hAnsi="Garamond"/>
          <w:sz w:val="24"/>
          <w:szCs w:val="24"/>
        </w:rPr>
        <w:t>RATE“</w:t>
      </w:r>
      <w:proofErr w:type="gramEnd"/>
      <w:r w:rsidRPr="00A525FB">
        <w:rPr>
          <w:rFonts w:ascii="Garamond" w:hAnsi="Garamond"/>
          <w:sz w:val="24"/>
          <w:szCs w:val="24"/>
        </w:rPr>
        <w:t>.</w:t>
      </w:r>
      <w:r w:rsidRPr="00A525FB">
        <w:rPr>
          <w:rFonts w:ascii="Garamond" w:hAnsi="Garamond"/>
          <w:sz w:val="24"/>
          <w:szCs w:val="24"/>
        </w:rPr>
        <w:br/>
        <w:t xml:space="preserve">U </w:t>
      </w:r>
      <w:proofErr w:type="spellStart"/>
      <w:r w:rsidRPr="00A525FB">
        <w:rPr>
          <w:rFonts w:ascii="Garamond" w:hAnsi="Garamond"/>
          <w:sz w:val="24"/>
          <w:szCs w:val="24"/>
        </w:rPr>
        <w:t>slučaju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jednokratnog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plaćanja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, </w:t>
      </w:r>
      <w:proofErr w:type="spellStart"/>
      <w:r w:rsidRPr="00A525FB">
        <w:rPr>
          <w:rFonts w:ascii="Garamond" w:hAnsi="Garamond"/>
          <w:sz w:val="24"/>
          <w:szCs w:val="24"/>
        </w:rPr>
        <w:t>navedena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polja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odredbe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se ne </w:t>
      </w:r>
      <w:proofErr w:type="spellStart"/>
      <w:r w:rsidRPr="00A525FB">
        <w:rPr>
          <w:rFonts w:ascii="Garamond" w:hAnsi="Garamond"/>
          <w:sz w:val="24"/>
          <w:szCs w:val="24"/>
        </w:rPr>
        <w:t>popunjavaju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i</w:t>
      </w:r>
      <w:proofErr w:type="spellEnd"/>
      <w:r w:rsidRPr="00A525FB">
        <w:rPr>
          <w:rFonts w:ascii="Garamond" w:hAnsi="Garamond"/>
          <w:sz w:val="24"/>
          <w:szCs w:val="24"/>
        </w:rPr>
        <w:t xml:space="preserve"> ne </w:t>
      </w:r>
      <w:proofErr w:type="spellStart"/>
      <w:r w:rsidRPr="00A525FB">
        <w:rPr>
          <w:rFonts w:ascii="Garamond" w:hAnsi="Garamond"/>
          <w:sz w:val="24"/>
          <w:szCs w:val="24"/>
        </w:rPr>
        <w:t>proizvode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pravno</w:t>
      </w:r>
      <w:proofErr w:type="spellEnd"/>
      <w:r w:rsidRPr="00A525FB">
        <w:rPr>
          <w:rFonts w:ascii="Garamond" w:hAnsi="Garamond"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sz w:val="24"/>
          <w:szCs w:val="24"/>
        </w:rPr>
        <w:t>dejstvo</w:t>
      </w:r>
      <w:proofErr w:type="spellEnd"/>
      <w:r w:rsidRPr="00A525FB">
        <w:rPr>
          <w:rFonts w:ascii="Garamond" w:hAnsi="Garamond"/>
          <w:sz w:val="24"/>
          <w:szCs w:val="24"/>
        </w:rPr>
        <w:t>.</w:t>
      </w:r>
    </w:p>
    <w:p w14:paraId="36FA9FD3" w14:textId="6C8DDC1F" w:rsidR="006C3F10" w:rsidRPr="00A525FB" w:rsidRDefault="004F642C">
      <w:pPr>
        <w:rPr>
          <w:rFonts w:ascii="Garamond" w:hAnsi="Garamond"/>
          <w:b/>
          <w:bCs/>
          <w:sz w:val="24"/>
          <w:szCs w:val="24"/>
        </w:rPr>
      </w:pPr>
      <w:proofErr w:type="spellStart"/>
      <w:r w:rsidRPr="00A525FB">
        <w:rPr>
          <w:rFonts w:ascii="Garamond" w:hAnsi="Garamond"/>
          <w:b/>
          <w:bCs/>
          <w:sz w:val="24"/>
          <w:szCs w:val="24"/>
        </w:rPr>
        <w:t>Uplate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vršiti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na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poslovni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 xml:space="preserve"> </w:t>
      </w:r>
      <w:proofErr w:type="spellStart"/>
      <w:r w:rsidRPr="00A525FB">
        <w:rPr>
          <w:rFonts w:ascii="Garamond" w:hAnsi="Garamond"/>
          <w:b/>
          <w:bCs/>
          <w:sz w:val="24"/>
          <w:szCs w:val="24"/>
        </w:rPr>
        <w:t>račun</w:t>
      </w:r>
      <w:proofErr w:type="spellEnd"/>
      <w:r w:rsidRPr="00A525FB">
        <w:rPr>
          <w:rFonts w:ascii="Garamond" w:hAnsi="Garamond"/>
          <w:b/>
          <w:bCs/>
          <w:sz w:val="24"/>
          <w:szCs w:val="24"/>
        </w:rPr>
        <w:t>: 160-6000002311495-94</w:t>
      </w:r>
    </w:p>
    <w:p w14:paraId="7EC01B83" w14:textId="77777777" w:rsidR="00A525FB" w:rsidRPr="006C0A2C" w:rsidRDefault="00A525FB">
      <w:pPr>
        <w:rPr>
          <w:rFonts w:ascii="Garamond" w:hAnsi="Garamond"/>
          <w:sz w:val="24"/>
          <w:szCs w:val="24"/>
        </w:rPr>
      </w:pPr>
    </w:p>
    <w:p w14:paraId="321F0C83" w14:textId="77777777" w:rsidR="006C3F10" w:rsidRPr="006C0A2C" w:rsidRDefault="004F642C">
      <w:pPr>
        <w:jc w:val="center"/>
        <w:rPr>
          <w:rFonts w:ascii="Garamond" w:hAnsi="Garamond"/>
          <w:sz w:val="24"/>
          <w:szCs w:val="24"/>
        </w:rPr>
      </w:pPr>
      <w:r w:rsidRPr="006C0A2C">
        <w:rPr>
          <w:rFonts w:ascii="Garamond" w:hAnsi="Garamond"/>
          <w:b/>
          <w:sz w:val="24"/>
          <w:szCs w:val="24"/>
        </w:rPr>
        <w:t>Potpisi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C3F10" w:rsidRPr="006C0A2C" w14:paraId="25B0C1E6" w14:textId="77777777">
        <w:tc>
          <w:tcPr>
            <w:tcW w:w="4320" w:type="dxa"/>
          </w:tcPr>
          <w:p w14:paraId="6C2FDD32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Prodavac: SMART HOUSE VENT SYSTEM DOO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Potpis ovlašćenog lica / pečat</w:t>
            </w:r>
          </w:p>
        </w:tc>
        <w:tc>
          <w:tcPr>
            <w:tcW w:w="4320" w:type="dxa"/>
          </w:tcPr>
          <w:p w14:paraId="0345BEAE" w14:textId="77777777" w:rsidR="006C3F10" w:rsidRPr="006C0A2C" w:rsidRDefault="004F642C">
            <w:pPr>
              <w:rPr>
                <w:rFonts w:ascii="Garamond" w:hAnsi="Garamond"/>
                <w:sz w:val="24"/>
                <w:szCs w:val="24"/>
              </w:rPr>
            </w:pPr>
            <w:r w:rsidRPr="006C0A2C">
              <w:rPr>
                <w:rFonts w:ascii="Garamond" w:hAnsi="Garamond"/>
                <w:sz w:val="24"/>
                <w:szCs w:val="24"/>
              </w:rPr>
              <w:t>Kupac: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_____________________________</w:t>
            </w:r>
            <w:r w:rsidRPr="006C0A2C">
              <w:rPr>
                <w:rFonts w:ascii="Garamond" w:hAnsi="Garamond"/>
                <w:sz w:val="24"/>
                <w:szCs w:val="24"/>
              </w:rPr>
              <w:br/>
              <w:t>Ime i prezime / potpis</w:t>
            </w:r>
          </w:p>
        </w:tc>
      </w:tr>
    </w:tbl>
    <w:p w14:paraId="090B603D" w14:textId="77777777" w:rsidR="004F642C" w:rsidRPr="006C0A2C" w:rsidRDefault="004F642C">
      <w:pPr>
        <w:rPr>
          <w:rFonts w:ascii="Garamond" w:hAnsi="Garamond"/>
          <w:sz w:val="24"/>
          <w:szCs w:val="24"/>
        </w:rPr>
      </w:pPr>
    </w:p>
    <w:p w14:paraId="27B00D36" w14:textId="0D918598" w:rsidR="00D22F85" w:rsidRPr="00D22F85" w:rsidRDefault="004F642C" w:rsidP="00FE4C29">
      <w:pPr>
        <w:rPr>
          <w:rFonts w:ascii="Garamond" w:hAnsi="Garamond"/>
          <w:sz w:val="24"/>
          <w:szCs w:val="24"/>
          <w:lang w:val="en-GB"/>
        </w:rPr>
      </w:pPr>
      <w:r w:rsidRPr="006C0A2C">
        <w:rPr>
          <w:rFonts w:ascii="Garamond" w:hAnsi="Garamond"/>
          <w:b/>
          <w:bCs/>
          <w:sz w:val="24"/>
          <w:szCs w:val="24"/>
          <w:lang w:val="en-GB"/>
        </w:rPr>
        <w:t xml:space="preserve">UGOVORNE ODREDBE </w:t>
      </w:r>
    </w:p>
    <w:p w14:paraId="27F79BEC" w14:textId="77777777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1. (Cena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PDV)</w:t>
      </w:r>
    </w:p>
    <w:p w14:paraId="5F6020C0" w14:textId="77777777" w:rsidR="00B661FD" w:rsidRPr="00B661FD" w:rsidRDefault="00B661FD" w:rsidP="00B661FD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kupoprodajnu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robe,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predstavlja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neto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cenu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uvećanu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za PDV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po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važećoj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dan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iskazuje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dinarima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>.</w:t>
      </w:r>
    </w:p>
    <w:p w14:paraId="3C1DD423" w14:textId="22DD2741" w:rsidR="00B661FD" w:rsidRPr="00B661FD" w:rsidRDefault="00B661FD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r w:rsidRPr="00B661FD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kupoprodajna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cena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rate,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 rate,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pripadajućim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PDV-om,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plaća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do 15. dana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mesecu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>.</w:t>
      </w:r>
      <w:r w:rsidRPr="00B661FD">
        <w:rPr>
          <w:rFonts w:ascii="Garamond" w:hAnsi="Garamond"/>
          <w:sz w:val="24"/>
          <w:szCs w:val="24"/>
          <w:lang w:val="en-GB"/>
        </w:rPr>
        <w:br/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toku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otplate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dođe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do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stope PDV-a,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blagovremeno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obavestiti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plati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iznos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PDV-</w:t>
      </w:r>
      <w:proofErr w:type="gramStart"/>
      <w:r w:rsidRPr="00B661FD">
        <w:rPr>
          <w:rFonts w:ascii="Garamond" w:hAnsi="Garamond"/>
          <w:sz w:val="24"/>
          <w:szCs w:val="24"/>
          <w:lang w:val="en-GB"/>
        </w:rPr>
        <w:t>a</w:t>
      </w:r>
      <w:proofErr w:type="gram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obračunat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prema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novovažećoj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stopi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Povećanje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vrednosti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nastalo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promene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stope PDV-a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povećanjem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ugovorene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kupoprodajne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cene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>.</w:t>
      </w:r>
    </w:p>
    <w:p w14:paraId="7509A124" w14:textId="74FD7FD4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2.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Plaćanje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i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kredit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5E66BD78" w14:textId="47E4FBA0" w:rsidR="00D22F85" w:rsidRPr="00D22F85" w:rsidRDefault="00B661FD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obavezuje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plaćanje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rokovima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iznosima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utvrđenim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Uplate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vrše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isključivo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račun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Prodavca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>.</w:t>
      </w:r>
      <w:r w:rsidRPr="00B661FD">
        <w:rPr>
          <w:rFonts w:ascii="Garamond" w:hAnsi="Garamond"/>
          <w:sz w:val="24"/>
          <w:szCs w:val="24"/>
          <w:lang w:val="en-GB"/>
        </w:rPr>
        <w:br/>
        <w:t xml:space="preserve">Ako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kupovina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kredita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pravila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vrši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kreditiranje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postupi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internim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procedurama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banke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kod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kredit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odobrava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>.</w:t>
      </w:r>
    </w:p>
    <w:p w14:paraId="267F7C90" w14:textId="77777777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3.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Specifikacija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proizvoda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– SHV Air Go)</w:t>
      </w:r>
    </w:p>
    <w:p w14:paraId="39F7740D" w14:textId="77777777" w:rsidR="00D42CC7" w:rsidRPr="00D42CC7" w:rsidRDefault="00D42CC7" w:rsidP="00D42CC7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  <w:lang w:val="en-GB"/>
        </w:rPr>
        <w:t>Predmet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SHV Air Go,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kompaktan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prenosiv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koji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oslobađa</w:t>
      </w:r>
      <w:proofErr w:type="spellEnd"/>
    </w:p>
    <w:p w14:paraId="652BF847" w14:textId="77777777" w:rsidR="00D42CC7" w:rsidRPr="00D42CC7" w:rsidRDefault="00D42CC7" w:rsidP="00D42CC7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  <w:lang w:val="en-GB"/>
        </w:rPr>
        <w:t>negativne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jone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radi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poboljšanja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kvaliteta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vazduha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zatvorenim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prostorima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>.</w:t>
      </w:r>
    </w:p>
    <w:p w14:paraId="62E0A8A9" w14:textId="77777777" w:rsidR="00D42CC7" w:rsidRPr="00D42CC7" w:rsidRDefault="00D42CC7" w:rsidP="00D42CC7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doprinosi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smanjenju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stresa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umora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poboljšanju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koncentracije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kvaliteta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sna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te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je</w:t>
      </w:r>
    </w:p>
    <w:p w14:paraId="5FB358AC" w14:textId="77777777" w:rsidR="00D42CC7" w:rsidRPr="00D42CC7" w:rsidRDefault="00D42CC7" w:rsidP="00D42CC7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  <w:lang w:val="en-GB"/>
        </w:rPr>
        <w:t>pogodan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upotrebu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putovanjima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, u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kancelarijama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prostorijama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slabom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ventilacijom</w:t>
      </w:r>
      <w:proofErr w:type="spellEnd"/>
    </w:p>
    <w:p w14:paraId="7E5DB34B" w14:textId="77777777" w:rsidR="00D42CC7" w:rsidRPr="00D42CC7" w:rsidRDefault="00D42CC7" w:rsidP="00D42CC7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drugim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zatvorenim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ambijentima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>.</w:t>
      </w:r>
    </w:p>
    <w:p w14:paraId="07DAEE3A" w14:textId="74F1DC0B" w:rsidR="00D42CC7" w:rsidRPr="00D42CC7" w:rsidRDefault="00D42CC7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koristi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kao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mobilni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aparat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zahteva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  <w:lang w:val="en-GB"/>
        </w:rPr>
        <w:t>montažu</w:t>
      </w:r>
      <w:proofErr w:type="spellEnd"/>
      <w:r w:rsidRPr="00D42CC7">
        <w:rPr>
          <w:rFonts w:ascii="Garamond" w:hAnsi="Garamond"/>
          <w:sz w:val="24"/>
          <w:szCs w:val="24"/>
          <w:lang w:val="en-GB"/>
        </w:rPr>
        <w:t>.</w:t>
      </w:r>
    </w:p>
    <w:p w14:paraId="420C56A8" w14:textId="2F4C4647" w:rsidR="00D22F85" w:rsidRPr="00D22F85" w:rsidRDefault="00D42CC7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42CC7">
        <w:rPr>
          <w:rFonts w:ascii="Garamond" w:hAnsi="Garamond"/>
          <w:sz w:val="24"/>
          <w:szCs w:val="24"/>
        </w:rPr>
        <w:t>Kupac</w:t>
      </w:r>
      <w:proofErr w:type="spellEnd"/>
      <w:r w:rsidRPr="00D42CC7">
        <w:rPr>
          <w:rFonts w:ascii="Garamond" w:hAnsi="Garamond"/>
          <w:sz w:val="24"/>
          <w:szCs w:val="24"/>
        </w:rPr>
        <w:t xml:space="preserve"> je </w:t>
      </w:r>
      <w:proofErr w:type="spellStart"/>
      <w:r w:rsidRPr="00D42CC7">
        <w:rPr>
          <w:rFonts w:ascii="Garamond" w:hAnsi="Garamond"/>
          <w:sz w:val="24"/>
          <w:szCs w:val="24"/>
        </w:rPr>
        <w:t>dužan</w:t>
      </w:r>
      <w:proofErr w:type="spellEnd"/>
      <w:r w:rsidRPr="00D42CC7">
        <w:rPr>
          <w:rFonts w:ascii="Garamond" w:hAnsi="Garamond"/>
          <w:sz w:val="24"/>
          <w:szCs w:val="24"/>
        </w:rPr>
        <w:t xml:space="preserve"> da </w:t>
      </w:r>
      <w:proofErr w:type="spellStart"/>
      <w:r w:rsidRPr="00D42CC7">
        <w:rPr>
          <w:rFonts w:ascii="Garamond" w:hAnsi="Garamond"/>
          <w:sz w:val="24"/>
          <w:szCs w:val="24"/>
        </w:rPr>
        <w:t>uređaj</w:t>
      </w:r>
      <w:proofErr w:type="spellEnd"/>
      <w:r w:rsidRPr="00D42CC7">
        <w:rPr>
          <w:rFonts w:ascii="Garamond" w:hAnsi="Garamond"/>
          <w:sz w:val="24"/>
          <w:szCs w:val="24"/>
        </w:rPr>
        <w:t xml:space="preserve"> SHV AIR GO </w:t>
      </w:r>
      <w:proofErr w:type="spellStart"/>
      <w:r w:rsidRPr="00D42CC7">
        <w:rPr>
          <w:rFonts w:ascii="Garamond" w:hAnsi="Garamond"/>
          <w:sz w:val="24"/>
          <w:szCs w:val="24"/>
        </w:rPr>
        <w:t>koristi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u </w:t>
      </w:r>
      <w:proofErr w:type="spellStart"/>
      <w:r w:rsidRPr="00D42CC7">
        <w:rPr>
          <w:rFonts w:ascii="Garamond" w:hAnsi="Garamond"/>
          <w:sz w:val="24"/>
          <w:szCs w:val="24"/>
        </w:rPr>
        <w:t>skladu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sa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uputstvom</w:t>
      </w:r>
      <w:proofErr w:type="spellEnd"/>
      <w:r w:rsidRPr="00D42CC7">
        <w:rPr>
          <w:rFonts w:ascii="Garamond" w:hAnsi="Garamond"/>
          <w:sz w:val="24"/>
          <w:szCs w:val="24"/>
        </w:rPr>
        <w:t xml:space="preserve"> za </w:t>
      </w:r>
      <w:proofErr w:type="spellStart"/>
      <w:r w:rsidRPr="00D42CC7">
        <w:rPr>
          <w:rFonts w:ascii="Garamond" w:hAnsi="Garamond"/>
          <w:sz w:val="24"/>
          <w:szCs w:val="24"/>
        </w:rPr>
        <w:t>upotrebu</w:t>
      </w:r>
      <w:proofErr w:type="spellEnd"/>
      <w:r w:rsidRPr="00D42CC7">
        <w:rPr>
          <w:rFonts w:ascii="Garamond" w:hAnsi="Garamond"/>
          <w:sz w:val="24"/>
          <w:szCs w:val="24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</w:rPr>
        <w:t>tehničkim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specifikacijama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namenom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proizvoda</w:t>
      </w:r>
      <w:proofErr w:type="spellEnd"/>
      <w:r w:rsidRPr="00D42CC7">
        <w:rPr>
          <w:rFonts w:ascii="Garamond" w:hAnsi="Garamond"/>
          <w:sz w:val="24"/>
          <w:szCs w:val="24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</w:rPr>
        <w:t>koje</w:t>
      </w:r>
      <w:proofErr w:type="spellEnd"/>
      <w:r w:rsidRPr="00D42CC7">
        <w:rPr>
          <w:rFonts w:ascii="Garamond" w:hAnsi="Garamond"/>
          <w:sz w:val="24"/>
          <w:szCs w:val="24"/>
        </w:rPr>
        <w:t xml:space="preserve"> mu se </w:t>
      </w:r>
      <w:proofErr w:type="spellStart"/>
      <w:r w:rsidRPr="00D42CC7">
        <w:rPr>
          <w:rFonts w:ascii="Garamond" w:hAnsi="Garamond"/>
          <w:sz w:val="24"/>
          <w:szCs w:val="24"/>
        </w:rPr>
        <w:t>predaje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prilikom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isporuke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uređaja</w:t>
      </w:r>
      <w:proofErr w:type="spellEnd"/>
      <w:r w:rsidRPr="00D42CC7">
        <w:rPr>
          <w:rFonts w:ascii="Garamond" w:hAnsi="Garamond"/>
          <w:sz w:val="24"/>
          <w:szCs w:val="24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</w:rPr>
        <w:t>čime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Kupac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potvrđuje</w:t>
      </w:r>
      <w:proofErr w:type="spellEnd"/>
      <w:r w:rsidRPr="00D42CC7">
        <w:rPr>
          <w:rFonts w:ascii="Garamond" w:hAnsi="Garamond"/>
          <w:sz w:val="24"/>
          <w:szCs w:val="24"/>
        </w:rPr>
        <w:t xml:space="preserve"> da je </w:t>
      </w:r>
      <w:proofErr w:type="spellStart"/>
      <w:r w:rsidRPr="00D42CC7">
        <w:rPr>
          <w:rFonts w:ascii="Garamond" w:hAnsi="Garamond"/>
          <w:sz w:val="24"/>
          <w:szCs w:val="24"/>
        </w:rPr>
        <w:t>isto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primio</w:t>
      </w:r>
      <w:proofErr w:type="spellEnd"/>
      <w:r w:rsidRPr="00D42CC7">
        <w:rPr>
          <w:rFonts w:ascii="Garamond" w:hAnsi="Garamond"/>
          <w:sz w:val="24"/>
          <w:szCs w:val="24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</w:rPr>
        <w:t>kao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da </w:t>
      </w:r>
      <w:proofErr w:type="spellStart"/>
      <w:r w:rsidRPr="00D42CC7">
        <w:rPr>
          <w:rFonts w:ascii="Garamond" w:hAnsi="Garamond"/>
          <w:sz w:val="24"/>
          <w:szCs w:val="24"/>
        </w:rPr>
        <w:t>uređaj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koristi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održava</w:t>
      </w:r>
      <w:proofErr w:type="spellEnd"/>
      <w:r w:rsidRPr="00D42CC7">
        <w:rPr>
          <w:rFonts w:ascii="Garamond" w:hAnsi="Garamond"/>
          <w:sz w:val="24"/>
          <w:szCs w:val="24"/>
        </w:rPr>
        <w:t xml:space="preserve"> u </w:t>
      </w:r>
      <w:proofErr w:type="spellStart"/>
      <w:r w:rsidRPr="00D42CC7">
        <w:rPr>
          <w:rFonts w:ascii="Garamond" w:hAnsi="Garamond"/>
          <w:sz w:val="24"/>
          <w:szCs w:val="24"/>
        </w:rPr>
        <w:t>skladu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sa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uslovima</w:t>
      </w:r>
      <w:proofErr w:type="spellEnd"/>
      <w:r w:rsidRPr="00D42CC7">
        <w:rPr>
          <w:rFonts w:ascii="Garamond" w:hAnsi="Garamond"/>
          <w:sz w:val="24"/>
          <w:szCs w:val="24"/>
        </w:rPr>
        <w:t xml:space="preserve"> za </w:t>
      </w:r>
      <w:proofErr w:type="spellStart"/>
      <w:r w:rsidRPr="00D42CC7">
        <w:rPr>
          <w:rFonts w:ascii="Garamond" w:hAnsi="Garamond"/>
          <w:sz w:val="24"/>
          <w:szCs w:val="24"/>
        </w:rPr>
        <w:t>koje</w:t>
      </w:r>
      <w:proofErr w:type="spellEnd"/>
      <w:r w:rsidRPr="00D42CC7">
        <w:rPr>
          <w:rFonts w:ascii="Garamond" w:hAnsi="Garamond"/>
          <w:sz w:val="24"/>
          <w:szCs w:val="24"/>
        </w:rPr>
        <w:t xml:space="preserve"> je </w:t>
      </w:r>
      <w:proofErr w:type="spellStart"/>
      <w:r w:rsidRPr="00D42CC7">
        <w:rPr>
          <w:rFonts w:ascii="Garamond" w:hAnsi="Garamond"/>
          <w:sz w:val="24"/>
          <w:szCs w:val="24"/>
        </w:rPr>
        <w:t>predviđen</w:t>
      </w:r>
      <w:proofErr w:type="spellEnd"/>
      <w:r w:rsidRPr="00D42CC7">
        <w:rPr>
          <w:rFonts w:ascii="Garamond" w:hAnsi="Garamond"/>
          <w:sz w:val="24"/>
          <w:szCs w:val="24"/>
        </w:rPr>
        <w:t xml:space="preserve">, </w:t>
      </w:r>
      <w:proofErr w:type="spellStart"/>
      <w:r w:rsidRPr="00D42CC7">
        <w:rPr>
          <w:rFonts w:ascii="Garamond" w:hAnsi="Garamond"/>
          <w:sz w:val="24"/>
          <w:szCs w:val="24"/>
        </w:rPr>
        <w:t>radi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obezbeđenja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njegovog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pravilnog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i</w:t>
      </w:r>
      <w:proofErr w:type="spellEnd"/>
      <w:r w:rsidRPr="00D42CC7">
        <w:rPr>
          <w:rFonts w:ascii="Garamond" w:hAnsi="Garamond"/>
          <w:sz w:val="24"/>
          <w:szCs w:val="24"/>
        </w:rPr>
        <w:t xml:space="preserve"> </w:t>
      </w:r>
      <w:proofErr w:type="spellStart"/>
      <w:r w:rsidRPr="00D42CC7">
        <w:rPr>
          <w:rFonts w:ascii="Garamond" w:hAnsi="Garamond"/>
          <w:sz w:val="24"/>
          <w:szCs w:val="24"/>
        </w:rPr>
        <w:t>bezbednog</w:t>
      </w:r>
      <w:proofErr w:type="spellEnd"/>
      <w:r w:rsidRPr="00D42CC7">
        <w:rPr>
          <w:rFonts w:ascii="Garamond" w:hAnsi="Garamond"/>
          <w:sz w:val="24"/>
          <w:szCs w:val="24"/>
        </w:rPr>
        <w:t xml:space="preserve"> rada.</w:t>
      </w:r>
    </w:p>
    <w:p w14:paraId="1E06C6C3" w14:textId="77777777" w:rsidR="00D42CC7" w:rsidRDefault="00D42CC7" w:rsidP="00D22F85">
      <w:pPr>
        <w:rPr>
          <w:rFonts w:ascii="Garamond" w:hAnsi="Garamond"/>
          <w:b/>
          <w:bCs/>
          <w:sz w:val="24"/>
          <w:szCs w:val="24"/>
          <w:lang w:val="en-GB"/>
        </w:rPr>
      </w:pPr>
    </w:p>
    <w:p w14:paraId="6E6543E5" w14:textId="7D937BF1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lastRenderedPageBreak/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4.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Obaveštenje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potrošača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–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ugovor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daljinu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DEA925E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zaključuje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ovaj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Kupcem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daljinu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Zakonom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AFDE275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Pre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jasan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razumljiv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način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obavešten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o:</w:t>
      </w:r>
    </w:p>
    <w:p w14:paraId="28E59931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1.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adresi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poslovanja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SHV-a,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kontakt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telefonu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e-mail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adresi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podnošenje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reklamacija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;</w:t>
      </w:r>
    </w:p>
    <w:p w14:paraId="0B32BBDB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2.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ukupnoj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prodajnoj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ceni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proizvoda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uključujući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pripadajuće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troškove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;</w:t>
      </w:r>
    </w:p>
    <w:p w14:paraId="345D65E0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3.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eventualnim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troškovima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komunikacije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daljinu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ako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odstupaju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osnovne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tarife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;</w:t>
      </w:r>
    </w:p>
    <w:p w14:paraId="7E1A0761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4.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postupku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ostvarivanje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;</w:t>
      </w:r>
    </w:p>
    <w:p w14:paraId="479A1F9B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5.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obavezi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nadoknadi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razumne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troškove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slučajevima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predviđenim</w:t>
      </w:r>
      <w:proofErr w:type="spellEnd"/>
    </w:p>
    <w:p w14:paraId="7EBB5173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zakonom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;</w:t>
      </w:r>
    </w:p>
    <w:p w14:paraId="7330A84D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6.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svim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okolnostima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pod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kojima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potrošač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gubi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ukoliko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</w:t>
      </w:r>
    </w:p>
    <w:p w14:paraId="2CB5982C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primenljivo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;</w:t>
      </w:r>
    </w:p>
    <w:p w14:paraId="4D9B8FBF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7.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poštanskom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operatoru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roba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vratiti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radi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trošku</w:t>
      </w:r>
      <w:proofErr w:type="spellEnd"/>
    </w:p>
    <w:p w14:paraId="63E68254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trgovca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1D22B898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obavešten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obavezi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snosjenja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troškova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povrata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robe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slučaju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odustanka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kao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</w:t>
      </w:r>
    </w:p>
    <w:p w14:paraId="58105E28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svim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drugim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informacijama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člana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26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Zakona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predstavljaju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sastavni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deo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ovog</w:t>
      </w:r>
      <w:proofErr w:type="spellEnd"/>
    </w:p>
    <w:p w14:paraId="06F9148E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1C962DE8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pruža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informacije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člana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srpskom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jeziku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C4E2779" w14:textId="1BFCC3F0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snosi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teret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dokazivanja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bio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uredno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obavešten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0D4D387C" w14:textId="77777777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5.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Pravo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na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odustanak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–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rok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14 dana)</w:t>
      </w:r>
    </w:p>
    <w:p w14:paraId="667C9355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zaključenog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daljinu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14 dana, bez</w:t>
      </w:r>
    </w:p>
    <w:p w14:paraId="542D1D1D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navođenja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razloga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bez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dodatnih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troškova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1C2B754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Rok od 14 dana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teče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trenutka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kada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dospeo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državinu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trećeg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lica</w:t>
      </w:r>
      <w:proofErr w:type="spellEnd"/>
    </w:p>
    <w:p w14:paraId="05FFEA89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određenog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strane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prevoznik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45D53527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ostvaruje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dostavljanjem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:</w:t>
      </w:r>
    </w:p>
    <w:p w14:paraId="1F64F987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–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popunjenog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obrasca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odustanak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koji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sastavni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deo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ili</w:t>
      </w:r>
      <w:proofErr w:type="spellEnd"/>
    </w:p>
    <w:p w14:paraId="7FC57A25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lastRenderedPageBreak/>
        <w:t xml:space="preserve">–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druge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nedvosmislene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pisane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izjave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(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uključujući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izjavu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podnetu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poslovnim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prostorijama</w:t>
      </w:r>
      <w:proofErr w:type="spellEnd"/>
    </w:p>
    <w:p w14:paraId="5294CC47" w14:textId="7A8D81C6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>SHV-a).</w:t>
      </w:r>
    </w:p>
    <w:p w14:paraId="316DB26F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izvrši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povraćaj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uplaćenih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sredstava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14 dana od dana</w:t>
      </w:r>
    </w:p>
    <w:p w14:paraId="586322B7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prijema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obrasca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izjave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E37B0E0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odložiti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povraćaj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primi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vraćenu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robu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dostavi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dokaz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</w:t>
      </w:r>
    </w:p>
    <w:p w14:paraId="69897EE1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slanju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robe —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šta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gramStart"/>
      <w:r w:rsidRPr="00D22F85">
        <w:rPr>
          <w:rFonts w:ascii="Garamond" w:hAnsi="Garamond"/>
          <w:sz w:val="24"/>
          <w:szCs w:val="24"/>
          <w:lang w:val="en-GB"/>
        </w:rPr>
        <w:t>god</w:t>
      </w:r>
      <w:proofErr w:type="gram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nastupi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ranije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5AD5612B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vrati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robu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bez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odlaganja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najkasnije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od 14 dana od dana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slanja</w:t>
      </w:r>
      <w:proofErr w:type="spellEnd"/>
    </w:p>
    <w:p w14:paraId="46FD89E2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izjave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odustanku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čemu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snosi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direktne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troškove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povrata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079F8616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odgovoran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umanjenje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vrednosti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robe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nastalo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usled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rukovanja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prevazilazi</w:t>
      </w:r>
      <w:proofErr w:type="spellEnd"/>
    </w:p>
    <w:p w14:paraId="0DE7AB73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ono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što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neophodno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za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ispitivanje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funkcionalnosti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0BA909C3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sastavljaju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zapisnik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primopredaji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vraćenog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EE82D0B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Ako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vrati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predviđenom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roku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ga ne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vrati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uopšte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dužan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je da SHV-u</w:t>
      </w:r>
    </w:p>
    <w:p w14:paraId="294D7EC8" w14:textId="4AF59418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nadoknadi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štetu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visini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vrednosti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uređaja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važećem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cenovniku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SHV-a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dan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raskida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1D057E7F" w14:textId="77777777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6.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Reklamacije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65719271" w14:textId="77777777" w:rsidR="00B661FD" w:rsidRDefault="00B661FD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podnese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reklamaciju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zbog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nesaobraznosti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proizvoda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Zakonom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kao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Pravilnikom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o</w:t>
      </w:r>
      <w:r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>
        <w:rPr>
          <w:rFonts w:ascii="Garamond" w:hAnsi="Garamond"/>
          <w:sz w:val="24"/>
          <w:szCs w:val="24"/>
          <w:lang w:val="en-GB"/>
        </w:rPr>
        <w:t>zaštiti</w:t>
      </w:r>
      <w:proofErr w:type="spellEnd"/>
      <w:r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>
        <w:rPr>
          <w:rFonts w:ascii="Garamond" w:hAnsi="Garamond"/>
          <w:sz w:val="24"/>
          <w:szCs w:val="24"/>
          <w:lang w:val="en-GB"/>
        </w:rPr>
        <w:t>potrošaža</w:t>
      </w:r>
      <w:proofErr w:type="spellEnd"/>
      <w:r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>
        <w:rPr>
          <w:rFonts w:ascii="Garamond" w:hAnsi="Garamond"/>
          <w:sz w:val="24"/>
          <w:szCs w:val="24"/>
          <w:lang w:val="en-GB"/>
        </w:rPr>
        <w:t>i</w:t>
      </w:r>
      <w:proofErr w:type="spellEnd"/>
      <w:r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>
        <w:rPr>
          <w:rFonts w:ascii="Garamond" w:hAnsi="Garamond"/>
          <w:sz w:val="24"/>
          <w:szCs w:val="24"/>
          <w:lang w:val="en-GB"/>
        </w:rPr>
        <w:t>načinu</w:t>
      </w:r>
      <w:proofErr w:type="spellEnd"/>
      <w:r>
        <w:rPr>
          <w:rFonts w:ascii="Garamond" w:hAnsi="Garamond"/>
          <w:sz w:val="24"/>
          <w:szCs w:val="24"/>
          <w:lang w:val="en-GB"/>
        </w:rPr>
        <w:t xml:space="preserve"> I </w:t>
      </w:r>
      <w:proofErr w:type="spellStart"/>
      <w:proofErr w:type="gramStart"/>
      <w:r>
        <w:rPr>
          <w:rFonts w:ascii="Garamond" w:hAnsi="Garamond"/>
          <w:sz w:val="24"/>
          <w:szCs w:val="24"/>
          <w:lang w:val="en-GB"/>
        </w:rPr>
        <w:t>postupku</w:t>
      </w:r>
      <w:proofErr w:type="spellEnd"/>
      <w:r>
        <w:rPr>
          <w:rFonts w:ascii="Garamond" w:hAnsi="Garamond"/>
          <w:sz w:val="24"/>
          <w:szCs w:val="24"/>
          <w:lang w:val="en-GB"/>
        </w:rPr>
        <w:t xml:space="preserve"> </w:t>
      </w:r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proofErr w:type="gram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. </w:t>
      </w:r>
    </w:p>
    <w:p w14:paraId="519234BB" w14:textId="52A6D621" w:rsidR="00B661FD" w:rsidRDefault="00B661FD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B661FD">
        <w:rPr>
          <w:rFonts w:ascii="Garamond" w:hAnsi="Garamond"/>
          <w:sz w:val="24"/>
          <w:szCs w:val="24"/>
          <w:lang w:val="en-GB"/>
        </w:rPr>
        <w:t>Prodavac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će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uručiti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obrazac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izjavljuje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potvrđuje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da mu je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navedeni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Pravilnik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dostavljen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da je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njegovim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sadržajem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b/>
          <w:bCs/>
          <w:sz w:val="24"/>
          <w:szCs w:val="24"/>
          <w:lang w:val="en-GB"/>
        </w:rPr>
        <w:t>upoznat</w:t>
      </w:r>
      <w:proofErr w:type="spellEnd"/>
      <w:r w:rsidRPr="00B661FD">
        <w:rPr>
          <w:rFonts w:ascii="Garamond" w:hAnsi="Garamond"/>
          <w:b/>
          <w:bCs/>
          <w:sz w:val="24"/>
          <w:szCs w:val="24"/>
          <w:lang w:val="en-GB"/>
        </w:rPr>
        <w:t>.</w:t>
      </w:r>
    </w:p>
    <w:p w14:paraId="2CBF0733" w14:textId="08F246C9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7.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Garancija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493704D3" w14:textId="0A169410" w:rsidR="00B661FD" w:rsidRPr="00B661FD" w:rsidRDefault="00B661FD" w:rsidP="00B661FD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B661FD">
        <w:rPr>
          <w:rFonts w:ascii="Garamond" w:hAnsi="Garamond"/>
          <w:sz w:val="24"/>
          <w:szCs w:val="24"/>
          <w:lang w:val="en-GB"/>
        </w:rPr>
        <w:t>Garancija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uređaj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važi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skladu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garancijskim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listom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važećim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propisima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.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je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upoznat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sa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uslovima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ostvarivanja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prava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garancije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kroz</w:t>
      </w:r>
      <w:proofErr w:type="spellEnd"/>
      <w:r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Pravilnikom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potrošaža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načinu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I </w:t>
      </w:r>
      <w:proofErr w:type="spellStart"/>
      <w:proofErr w:type="gramStart"/>
      <w:r w:rsidRPr="00B661FD">
        <w:rPr>
          <w:rFonts w:ascii="Garamond" w:hAnsi="Garamond"/>
          <w:sz w:val="24"/>
          <w:szCs w:val="24"/>
          <w:lang w:val="en-GB"/>
        </w:rPr>
        <w:t>postupku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rešavanja</w:t>
      </w:r>
      <w:proofErr w:type="spellEnd"/>
      <w:proofErr w:type="gram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reklamacije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, koji mu je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dostavljen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prilikom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zaključenja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B661FD">
        <w:rPr>
          <w:rFonts w:ascii="Garamond" w:hAnsi="Garamond"/>
          <w:sz w:val="24"/>
          <w:szCs w:val="24"/>
          <w:lang w:val="en-GB"/>
        </w:rPr>
        <w:t>.</w:t>
      </w:r>
    </w:p>
    <w:p w14:paraId="1ED3B237" w14:textId="77777777" w:rsidR="00B661FD" w:rsidRDefault="00B661FD" w:rsidP="00D22F85">
      <w:pPr>
        <w:rPr>
          <w:rFonts w:ascii="Garamond" w:hAnsi="Garamond"/>
          <w:sz w:val="24"/>
          <w:szCs w:val="24"/>
          <w:lang w:val="en-GB"/>
        </w:rPr>
      </w:pPr>
    </w:p>
    <w:p w14:paraId="5CC9EA86" w14:textId="77777777" w:rsidR="00B661FD" w:rsidRDefault="00B661FD" w:rsidP="00D22F85">
      <w:pPr>
        <w:rPr>
          <w:rFonts w:ascii="Garamond" w:hAnsi="Garamond"/>
          <w:sz w:val="24"/>
          <w:szCs w:val="24"/>
          <w:lang w:val="en-GB"/>
        </w:rPr>
      </w:pPr>
    </w:p>
    <w:p w14:paraId="73023EDB" w14:textId="3A68AD37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8.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Raskid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ugovora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iz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drugih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razloga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38325C42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lastRenderedPageBreak/>
        <w:t>Prodavac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jednostavno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raskine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slučaju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neispunjenja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obaveza</w:t>
      </w:r>
      <w:proofErr w:type="spellEnd"/>
    </w:p>
    <w:p w14:paraId="7F0A1DD3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pismeno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obaveštenje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42271D4A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raskine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slučaju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neispunjenja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obaveza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SHV-a,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pismeno</w:t>
      </w:r>
      <w:proofErr w:type="spellEnd"/>
    </w:p>
    <w:p w14:paraId="719B809D" w14:textId="77777777" w:rsid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obaveštenje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41BE7DC1" w14:textId="77777777" w:rsidR="00B661FD" w:rsidRPr="00B661FD" w:rsidRDefault="00B661FD" w:rsidP="00B661FD">
      <w:pPr>
        <w:rPr>
          <w:rFonts w:ascii="Garamond" w:hAnsi="Garamond"/>
          <w:sz w:val="24"/>
          <w:szCs w:val="24"/>
        </w:rPr>
      </w:pPr>
      <w:proofErr w:type="spellStart"/>
      <w:r w:rsidRPr="00B661FD">
        <w:rPr>
          <w:rFonts w:ascii="Garamond" w:hAnsi="Garamond"/>
          <w:sz w:val="24"/>
          <w:szCs w:val="24"/>
        </w:rPr>
        <w:t>Ugovorna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strana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koja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jednostrano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raskine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ovaj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ugovor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zbog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neispunjenja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obaveza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druge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strane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ima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pravo</w:t>
      </w:r>
      <w:proofErr w:type="spellEnd"/>
      <w:r w:rsidRPr="00B661FD">
        <w:rPr>
          <w:rFonts w:ascii="Garamond" w:hAnsi="Garamond"/>
          <w:sz w:val="24"/>
          <w:szCs w:val="24"/>
        </w:rPr>
        <w:t xml:space="preserve"> da </w:t>
      </w:r>
      <w:proofErr w:type="spellStart"/>
      <w:r w:rsidRPr="00B661FD">
        <w:rPr>
          <w:rFonts w:ascii="Garamond" w:hAnsi="Garamond"/>
          <w:sz w:val="24"/>
          <w:szCs w:val="24"/>
        </w:rPr>
        <w:t>zahteva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naknadu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pretrpljene</w:t>
      </w:r>
      <w:proofErr w:type="spellEnd"/>
      <w:r w:rsidRPr="00B661FD">
        <w:rPr>
          <w:rFonts w:ascii="Garamond" w:hAnsi="Garamond"/>
          <w:sz w:val="24"/>
          <w:szCs w:val="24"/>
        </w:rPr>
        <w:t xml:space="preserve"> </w:t>
      </w:r>
      <w:proofErr w:type="spellStart"/>
      <w:r w:rsidRPr="00B661FD">
        <w:rPr>
          <w:rFonts w:ascii="Garamond" w:hAnsi="Garamond"/>
          <w:sz w:val="24"/>
          <w:szCs w:val="24"/>
        </w:rPr>
        <w:t>štete</w:t>
      </w:r>
      <w:proofErr w:type="spellEnd"/>
      <w:r w:rsidRPr="00B661FD">
        <w:rPr>
          <w:rFonts w:ascii="Garamond" w:hAnsi="Garamond"/>
          <w:sz w:val="24"/>
          <w:szCs w:val="24"/>
        </w:rPr>
        <w:t>.</w:t>
      </w:r>
    </w:p>
    <w:p w14:paraId="295C0FB7" w14:textId="77777777" w:rsidR="00B661FD" w:rsidRPr="00D22F85" w:rsidRDefault="00B661FD" w:rsidP="00D22F85">
      <w:pPr>
        <w:rPr>
          <w:rFonts w:ascii="Garamond" w:hAnsi="Garamond"/>
          <w:sz w:val="24"/>
          <w:szCs w:val="24"/>
          <w:lang w:val="en-GB"/>
        </w:rPr>
      </w:pPr>
    </w:p>
    <w:p w14:paraId="18393756" w14:textId="72BD8568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9.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Upotreba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podataka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prenos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prava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660C96F6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potvrđuje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saglasan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da 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koristi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njegove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podatke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radi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komunikacije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pružanja</w:t>
      </w:r>
      <w:proofErr w:type="spellEnd"/>
    </w:p>
    <w:p w14:paraId="0C084877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informacija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proizvodima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uslugama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34D0C2B1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u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svakom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trenutku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povući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saglasnost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47C9C263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Primena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člana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isključuje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primenu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propisa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podataka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ličnosti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223331C0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SHV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može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preneti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prava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obaveze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ovog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treće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lice,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uz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prethodnu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pismenu</w:t>
      </w:r>
      <w:proofErr w:type="spellEnd"/>
    </w:p>
    <w:p w14:paraId="55B74E06" w14:textId="6BB3E21C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saglasnost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7439321D" w14:textId="77777777" w:rsidR="00D22F85" w:rsidRPr="00FE4C29" w:rsidRDefault="00D22F85" w:rsidP="00D22F85">
      <w:pPr>
        <w:rPr>
          <w:rFonts w:ascii="Garamond" w:hAnsi="Garamond"/>
          <w:b/>
          <w:bCs/>
          <w:sz w:val="24"/>
          <w:szCs w:val="24"/>
          <w:lang w:val="en-GB"/>
        </w:rPr>
      </w:pP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Član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10. (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Dostavljanje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obaveštenja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i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završne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 xml:space="preserve"> </w:t>
      </w:r>
      <w:proofErr w:type="spellStart"/>
      <w:r w:rsidRPr="00FE4C29">
        <w:rPr>
          <w:rFonts w:ascii="Garamond" w:hAnsi="Garamond"/>
          <w:b/>
          <w:bCs/>
          <w:sz w:val="24"/>
          <w:szCs w:val="24"/>
          <w:lang w:val="en-GB"/>
        </w:rPr>
        <w:t>odredbe</w:t>
      </w:r>
      <w:proofErr w:type="spellEnd"/>
      <w:r w:rsidRPr="00FE4C29">
        <w:rPr>
          <w:rFonts w:ascii="Garamond" w:hAnsi="Garamond"/>
          <w:b/>
          <w:bCs/>
          <w:sz w:val="24"/>
          <w:szCs w:val="24"/>
          <w:lang w:val="en-GB"/>
        </w:rPr>
        <w:t>)</w:t>
      </w:r>
    </w:p>
    <w:p w14:paraId="51447EFE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Obaveštenja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dostavljaju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pisanim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putem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preporučenom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pošiljkom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4BC8A4DF" w14:textId="77777777" w:rsidR="00D22F85" w:rsidRPr="00D22F85" w:rsidRDefault="00D22F85" w:rsidP="00FE4C29">
      <w:pPr>
        <w:ind w:right="-291"/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Dan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slanja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pošiljke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Kupcu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danom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prijema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B69ED9B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Ako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Kupac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ne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preuzme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pošiljku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ili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odbije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prijem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,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smatra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se da je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dostavljanje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uredno</w:t>
      </w:r>
      <w:proofErr w:type="spellEnd"/>
    </w:p>
    <w:p w14:paraId="59CD310B" w14:textId="77777777" w:rsidR="00D22F85" w:rsidRPr="00D22F85" w:rsidRDefault="00D22F85" w:rsidP="00D22F85">
      <w:pPr>
        <w:rPr>
          <w:rFonts w:ascii="Garamond" w:hAnsi="Garamond"/>
          <w:sz w:val="24"/>
          <w:szCs w:val="24"/>
          <w:lang w:val="en-GB"/>
        </w:rPr>
      </w:pPr>
      <w:proofErr w:type="spellStart"/>
      <w:r w:rsidRPr="00D22F85">
        <w:rPr>
          <w:rFonts w:ascii="Garamond" w:hAnsi="Garamond"/>
          <w:sz w:val="24"/>
          <w:szCs w:val="24"/>
          <w:lang w:val="en-GB"/>
        </w:rPr>
        <w:t>izvršeno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.</w:t>
      </w:r>
    </w:p>
    <w:p w14:paraId="6CBFA495" w14:textId="1464DEDF" w:rsidR="004F642C" w:rsidRPr="00D22F85" w:rsidRDefault="00D22F85" w:rsidP="00B661FD">
      <w:pPr>
        <w:rPr>
          <w:rFonts w:ascii="Garamond" w:hAnsi="Garamond"/>
          <w:sz w:val="24"/>
          <w:szCs w:val="24"/>
          <w:lang w:val="en-GB"/>
        </w:rPr>
      </w:pPr>
      <w:r w:rsidRPr="00D22F85">
        <w:rPr>
          <w:rFonts w:ascii="Garamond" w:hAnsi="Garamond"/>
          <w:sz w:val="24"/>
          <w:szCs w:val="24"/>
          <w:lang w:val="en-GB"/>
        </w:rPr>
        <w:t xml:space="preserve">Za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pitanja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koja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nisu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uređena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ovim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ugovorom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primenjuju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se Zakon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obligacionim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odnosima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>,</w:t>
      </w:r>
      <w:r w:rsidR="00B661FD">
        <w:rPr>
          <w:rFonts w:ascii="Garamond" w:hAnsi="Garamond"/>
          <w:sz w:val="24"/>
          <w:szCs w:val="24"/>
          <w:lang w:val="en-GB"/>
        </w:rPr>
        <w:t xml:space="preserve"> </w:t>
      </w:r>
      <w:r w:rsidRPr="00D22F85">
        <w:rPr>
          <w:rFonts w:ascii="Garamond" w:hAnsi="Garamond"/>
          <w:sz w:val="24"/>
          <w:szCs w:val="24"/>
          <w:lang w:val="en-GB"/>
        </w:rPr>
        <w:t xml:space="preserve">Zakon o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zaštiti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potrošača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="00B661FD">
        <w:rPr>
          <w:rFonts w:ascii="Garamond" w:hAnsi="Garamond"/>
          <w:sz w:val="24"/>
          <w:szCs w:val="24"/>
          <w:lang w:val="en-GB"/>
        </w:rPr>
        <w:t>i</w:t>
      </w:r>
      <w:proofErr w:type="spellEnd"/>
      <w:r w:rsidR="00B661FD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="00B661FD">
        <w:rPr>
          <w:rFonts w:ascii="Garamond" w:hAnsi="Garamond"/>
          <w:sz w:val="24"/>
          <w:szCs w:val="24"/>
          <w:lang w:val="en-GB"/>
        </w:rPr>
        <w:t>drugi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važeći</w:t>
      </w:r>
      <w:proofErr w:type="spellEnd"/>
      <w:r w:rsidRPr="00D22F85">
        <w:rPr>
          <w:rFonts w:ascii="Garamond" w:hAnsi="Garamond"/>
          <w:sz w:val="24"/>
          <w:szCs w:val="24"/>
          <w:lang w:val="en-GB"/>
        </w:rPr>
        <w:t xml:space="preserve"> </w:t>
      </w:r>
      <w:proofErr w:type="spellStart"/>
      <w:r w:rsidRPr="00D22F85">
        <w:rPr>
          <w:rFonts w:ascii="Garamond" w:hAnsi="Garamond"/>
          <w:sz w:val="24"/>
          <w:szCs w:val="24"/>
          <w:lang w:val="en-GB"/>
        </w:rPr>
        <w:t>propisi</w:t>
      </w:r>
      <w:proofErr w:type="spellEnd"/>
    </w:p>
    <w:sectPr w:rsidR="004F642C" w:rsidRPr="00D22F8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30C7B"/>
    <w:multiLevelType w:val="multilevel"/>
    <w:tmpl w:val="E2240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22371A"/>
    <w:multiLevelType w:val="multilevel"/>
    <w:tmpl w:val="62D4D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AD1DE2"/>
    <w:multiLevelType w:val="multilevel"/>
    <w:tmpl w:val="5DF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233665">
    <w:abstractNumId w:val="8"/>
  </w:num>
  <w:num w:numId="2" w16cid:durableId="1402143485">
    <w:abstractNumId w:val="6"/>
  </w:num>
  <w:num w:numId="3" w16cid:durableId="109134156">
    <w:abstractNumId w:val="5"/>
  </w:num>
  <w:num w:numId="4" w16cid:durableId="1114056368">
    <w:abstractNumId w:val="4"/>
  </w:num>
  <w:num w:numId="5" w16cid:durableId="199978839">
    <w:abstractNumId w:val="7"/>
  </w:num>
  <w:num w:numId="6" w16cid:durableId="1677464945">
    <w:abstractNumId w:val="3"/>
  </w:num>
  <w:num w:numId="7" w16cid:durableId="835146814">
    <w:abstractNumId w:val="2"/>
  </w:num>
  <w:num w:numId="8" w16cid:durableId="678897504">
    <w:abstractNumId w:val="1"/>
  </w:num>
  <w:num w:numId="9" w16cid:durableId="143280011">
    <w:abstractNumId w:val="0"/>
  </w:num>
  <w:num w:numId="10" w16cid:durableId="1360399730">
    <w:abstractNumId w:val="9"/>
  </w:num>
  <w:num w:numId="11" w16cid:durableId="1167091203">
    <w:abstractNumId w:val="10"/>
  </w:num>
  <w:num w:numId="12" w16cid:durableId="6793570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00983"/>
    <w:rsid w:val="00216441"/>
    <w:rsid w:val="0029639D"/>
    <w:rsid w:val="00326F90"/>
    <w:rsid w:val="003F12B4"/>
    <w:rsid w:val="004F642C"/>
    <w:rsid w:val="00502FCA"/>
    <w:rsid w:val="005F4B37"/>
    <w:rsid w:val="006C0A2C"/>
    <w:rsid w:val="006C3F10"/>
    <w:rsid w:val="006D398A"/>
    <w:rsid w:val="00853D6E"/>
    <w:rsid w:val="00895328"/>
    <w:rsid w:val="00A525FB"/>
    <w:rsid w:val="00AA1D8D"/>
    <w:rsid w:val="00B47730"/>
    <w:rsid w:val="00B661FD"/>
    <w:rsid w:val="00BB2739"/>
    <w:rsid w:val="00CB0664"/>
    <w:rsid w:val="00D22F85"/>
    <w:rsid w:val="00D33FED"/>
    <w:rsid w:val="00D42CC7"/>
    <w:rsid w:val="00E54742"/>
    <w:rsid w:val="00FC693F"/>
    <w:rsid w:val="00FD0F8D"/>
    <w:rsid w:val="00FE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F93FAB"/>
  <w14:defaultImageDpi w14:val="300"/>
  <w15:docId w15:val="{2D318BB2-F0F2-4CBD-97E3-52514DC9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5F4B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B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1241</Words>
  <Characters>7078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/>
  <cp:lastModifiedBy>User</cp:lastModifiedBy>
  <cp:revision>2</cp:revision>
  <dcterms:created xsi:type="dcterms:W3CDTF">2026-01-12T13:22:00Z</dcterms:created>
  <dcterms:modified xsi:type="dcterms:W3CDTF">2026-01-12T13:22:00Z</dcterms:modified>
  <cp:category/>
</cp:coreProperties>
</file>