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799C5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SMART HOUSE VENT SYSTEM DOO</w:t>
      </w:r>
    </w:p>
    <w:p w14:paraId="3EC2DE87" w14:textId="557D628E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 xml:space="preserve">Email: </w:t>
      </w:r>
      <w:r w:rsidR="005F4B37" w:rsidRPr="006C0A2C">
        <w:rPr>
          <w:rFonts w:ascii="Garamond" w:hAnsi="Garamond"/>
          <w:sz w:val="24"/>
          <w:szCs w:val="24"/>
        </w:rPr>
        <w:t>officeshvsystem</w:t>
      </w:r>
      <w:r w:rsidRPr="006C0A2C">
        <w:rPr>
          <w:rFonts w:ascii="Garamond" w:hAnsi="Garamond"/>
          <w:sz w:val="24"/>
          <w:szCs w:val="24"/>
        </w:rPr>
        <w:t>@gmail.com</w:t>
      </w:r>
    </w:p>
    <w:p w14:paraId="54DFB137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Br. računa: 160-6000002311495-94</w:t>
      </w:r>
    </w:p>
    <w:p w14:paraId="249E7275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Matični broj: 22111779</w:t>
      </w:r>
    </w:p>
    <w:p w14:paraId="6D99C66C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Ulica: Petra Kočića br.14</w:t>
      </w:r>
    </w:p>
    <w:p w14:paraId="3F5E07DC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PIB: 115076377</w:t>
      </w:r>
    </w:p>
    <w:p w14:paraId="156048AF" w14:textId="15E3B0D5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 xml:space="preserve">Tel: </w:t>
      </w:r>
      <w:r w:rsidR="006C0A2C">
        <w:rPr>
          <w:rFonts w:ascii="Garamond" w:hAnsi="Garamond"/>
          <w:sz w:val="24"/>
          <w:szCs w:val="24"/>
        </w:rPr>
        <w:t>0692105554</w:t>
      </w:r>
    </w:p>
    <w:p w14:paraId="29D1192C" w14:textId="77777777" w:rsidR="006C3F10" w:rsidRPr="006C0A2C" w:rsidRDefault="006C3F10">
      <w:pPr>
        <w:rPr>
          <w:rFonts w:ascii="Garamond" w:hAnsi="Garamond"/>
          <w:sz w:val="24"/>
          <w:szCs w:val="24"/>
        </w:rPr>
      </w:pPr>
    </w:p>
    <w:p w14:paraId="55BF7E48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t>ZAKLJUČNICA / UGOVOR br. 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7"/>
        <w:gridCol w:w="4313"/>
      </w:tblGrid>
      <w:tr w:rsidR="006C3F10" w:rsidRPr="006C0A2C" w14:paraId="302CFE9B" w14:textId="77777777">
        <w:tc>
          <w:tcPr>
            <w:tcW w:w="4320" w:type="dxa"/>
          </w:tcPr>
          <w:p w14:paraId="2E5C6D1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Mesto i datum: ______________________________</w:t>
            </w:r>
          </w:p>
        </w:tc>
        <w:tc>
          <w:tcPr>
            <w:tcW w:w="4320" w:type="dxa"/>
          </w:tcPr>
          <w:p w14:paraId="2AD1080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ONLINE (po potrebi): ________________________</w:t>
            </w:r>
          </w:p>
        </w:tc>
      </w:tr>
    </w:tbl>
    <w:p w14:paraId="49305DE5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UGOVOR POPUNITI ČITKO VELIKIM ŠTAMPANIM SLOVIMA</w:t>
      </w:r>
    </w:p>
    <w:p w14:paraId="5F8EEF02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t>Podaci o kupcu / firmi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6C3F10" w:rsidRPr="006C0A2C" w14:paraId="083D422D" w14:textId="77777777">
        <w:tc>
          <w:tcPr>
            <w:tcW w:w="4320" w:type="dxa"/>
          </w:tcPr>
          <w:p w14:paraId="0974113F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Ime i prezime kupca / naziv firme</w:t>
            </w:r>
          </w:p>
        </w:tc>
        <w:tc>
          <w:tcPr>
            <w:tcW w:w="4320" w:type="dxa"/>
          </w:tcPr>
          <w:p w14:paraId="44C6587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8C912AE" w14:textId="77777777">
        <w:tc>
          <w:tcPr>
            <w:tcW w:w="4320" w:type="dxa"/>
          </w:tcPr>
          <w:p w14:paraId="3120638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JMBG / PIB</w:t>
            </w:r>
          </w:p>
        </w:tc>
        <w:tc>
          <w:tcPr>
            <w:tcW w:w="4320" w:type="dxa"/>
          </w:tcPr>
          <w:p w14:paraId="42963DAE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FA1B8BB" w14:textId="77777777">
        <w:tc>
          <w:tcPr>
            <w:tcW w:w="4320" w:type="dxa"/>
          </w:tcPr>
          <w:p w14:paraId="74DE6836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Adresa (ulica i broj)</w:t>
            </w:r>
          </w:p>
        </w:tc>
        <w:tc>
          <w:tcPr>
            <w:tcW w:w="4320" w:type="dxa"/>
          </w:tcPr>
          <w:p w14:paraId="1350D901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277BF891" w14:textId="77777777">
        <w:tc>
          <w:tcPr>
            <w:tcW w:w="4320" w:type="dxa"/>
          </w:tcPr>
          <w:p w14:paraId="1A38AEB5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Poštanski broj / Mesto</w:t>
            </w:r>
          </w:p>
        </w:tc>
        <w:tc>
          <w:tcPr>
            <w:tcW w:w="4320" w:type="dxa"/>
          </w:tcPr>
          <w:p w14:paraId="0B932841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4111DFA1" w14:textId="77777777">
        <w:tc>
          <w:tcPr>
            <w:tcW w:w="4320" w:type="dxa"/>
          </w:tcPr>
          <w:p w14:paraId="59FB99EE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Telefon / Mobilni</w:t>
            </w:r>
          </w:p>
        </w:tc>
        <w:tc>
          <w:tcPr>
            <w:tcW w:w="4320" w:type="dxa"/>
          </w:tcPr>
          <w:p w14:paraId="244D35B3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20B2CA6A" w14:textId="77777777">
        <w:tc>
          <w:tcPr>
            <w:tcW w:w="4320" w:type="dxa"/>
          </w:tcPr>
          <w:p w14:paraId="65BD07E4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Email kupca</w:t>
            </w:r>
          </w:p>
        </w:tc>
        <w:tc>
          <w:tcPr>
            <w:tcW w:w="4320" w:type="dxa"/>
          </w:tcPr>
          <w:p w14:paraId="1FE49EF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060BFAD6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Adresa za isporuku (ako je drugačija od adrese kupca): _________________________________</w:t>
      </w:r>
    </w:p>
    <w:p w14:paraId="14A28B4F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t>Specifikacija naručene robe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5"/>
        <w:gridCol w:w="1726"/>
        <w:gridCol w:w="1726"/>
        <w:gridCol w:w="1726"/>
        <w:gridCol w:w="1727"/>
      </w:tblGrid>
      <w:tr w:rsidR="006C3F10" w:rsidRPr="006C0A2C" w14:paraId="0AEDDB54" w14:textId="77777777">
        <w:tc>
          <w:tcPr>
            <w:tcW w:w="1728" w:type="dxa"/>
          </w:tcPr>
          <w:p w14:paraId="3AC70594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ŠIFRA</w:t>
            </w:r>
          </w:p>
        </w:tc>
        <w:tc>
          <w:tcPr>
            <w:tcW w:w="1728" w:type="dxa"/>
          </w:tcPr>
          <w:p w14:paraId="002DDB3B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NAZIV ROBE</w:t>
            </w:r>
          </w:p>
        </w:tc>
        <w:tc>
          <w:tcPr>
            <w:tcW w:w="1728" w:type="dxa"/>
          </w:tcPr>
          <w:p w14:paraId="7A401F73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KOL.</w:t>
            </w:r>
          </w:p>
        </w:tc>
        <w:tc>
          <w:tcPr>
            <w:tcW w:w="1728" w:type="dxa"/>
          </w:tcPr>
          <w:p w14:paraId="090387C0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CENA SA PDV (RSD)</w:t>
            </w:r>
          </w:p>
        </w:tc>
        <w:tc>
          <w:tcPr>
            <w:tcW w:w="1728" w:type="dxa"/>
          </w:tcPr>
          <w:p w14:paraId="677B941C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UKUPNO SA PDV (RSD)</w:t>
            </w:r>
          </w:p>
        </w:tc>
      </w:tr>
      <w:tr w:rsidR="006C3F10" w:rsidRPr="006C0A2C" w14:paraId="04DB1FF1" w14:textId="77777777">
        <w:tc>
          <w:tcPr>
            <w:tcW w:w="1728" w:type="dxa"/>
          </w:tcPr>
          <w:p w14:paraId="6203E13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9E48BB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5FD0F246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DEB5EDD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9A332A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6328E7C8" w14:textId="77777777">
        <w:tc>
          <w:tcPr>
            <w:tcW w:w="1728" w:type="dxa"/>
          </w:tcPr>
          <w:p w14:paraId="656509FC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03CF38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D580405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49F1CA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71A9DEA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54A34F92" w14:textId="77777777">
        <w:tc>
          <w:tcPr>
            <w:tcW w:w="1728" w:type="dxa"/>
          </w:tcPr>
          <w:p w14:paraId="3350D25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3EA19ED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59581631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3583F7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B86FCF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14881E9" w14:textId="77777777">
        <w:tc>
          <w:tcPr>
            <w:tcW w:w="1728" w:type="dxa"/>
          </w:tcPr>
          <w:p w14:paraId="1830649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138FB273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ABDA51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8734FDA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ACB38A2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31B09159" w14:textId="77777777">
        <w:tc>
          <w:tcPr>
            <w:tcW w:w="1728" w:type="dxa"/>
          </w:tcPr>
          <w:p w14:paraId="25AC803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5BF9D23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2FC3BC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18E28FF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5C7811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312504D3" w14:textId="77777777">
        <w:tc>
          <w:tcPr>
            <w:tcW w:w="1728" w:type="dxa"/>
          </w:tcPr>
          <w:p w14:paraId="5DC4C112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02FC32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35E936D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E4A716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8EE1840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5212AD5" w14:textId="77777777">
        <w:tc>
          <w:tcPr>
            <w:tcW w:w="1728" w:type="dxa"/>
          </w:tcPr>
          <w:p w14:paraId="7436E79E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96097D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9AE5EFD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17ECCD5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884AE5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1ADCAB7" w14:textId="77777777">
        <w:tc>
          <w:tcPr>
            <w:tcW w:w="1728" w:type="dxa"/>
          </w:tcPr>
          <w:p w14:paraId="3474E9B2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43633F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E7496EC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9CEAFCE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193B440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53467FDB" w14:textId="4C07F728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proofErr w:type="spellStart"/>
      <w:r w:rsidRPr="006C0A2C">
        <w:rPr>
          <w:rFonts w:ascii="Garamond" w:hAnsi="Garamond"/>
          <w:b/>
          <w:sz w:val="24"/>
          <w:szCs w:val="24"/>
        </w:rPr>
        <w:t>Način</w:t>
      </w:r>
      <w:proofErr w:type="spellEnd"/>
      <w:r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="006D398A" w:rsidRPr="006C0A2C">
        <w:rPr>
          <w:rFonts w:ascii="Garamond" w:hAnsi="Garamond"/>
          <w:b/>
          <w:sz w:val="24"/>
          <w:szCs w:val="24"/>
        </w:rPr>
        <w:t>i</w:t>
      </w:r>
      <w:proofErr w:type="spellEnd"/>
      <w:r w:rsidR="006D398A"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="006D398A" w:rsidRPr="006C0A2C">
        <w:rPr>
          <w:rFonts w:ascii="Garamond" w:hAnsi="Garamond"/>
          <w:b/>
          <w:sz w:val="24"/>
          <w:szCs w:val="24"/>
        </w:rPr>
        <w:t>sredstvo</w:t>
      </w:r>
      <w:proofErr w:type="spellEnd"/>
      <w:r w:rsidR="006D398A"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="006D398A" w:rsidRPr="006C0A2C">
        <w:rPr>
          <w:rFonts w:ascii="Garamond" w:hAnsi="Garamond"/>
          <w:b/>
          <w:sz w:val="24"/>
          <w:szCs w:val="24"/>
        </w:rPr>
        <w:t>plaćanja</w:t>
      </w:r>
      <w:proofErr w:type="spellEnd"/>
    </w:p>
    <w:p w14:paraId="7E7DCF0B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Ugovorne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strane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saglasno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utvrđuju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sledeći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način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sredstvo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>:</w:t>
      </w:r>
    </w:p>
    <w:p w14:paraId="3B7CC74B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b/>
          <w:bCs/>
          <w:sz w:val="24"/>
          <w:szCs w:val="24"/>
        </w:rPr>
        <w:lastRenderedPageBreak/>
        <w:t>Način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>: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JEDNOKRATNO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NA RATE</w:t>
      </w:r>
    </w:p>
    <w:p w14:paraId="3CF64A1C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b/>
          <w:bCs/>
          <w:sz w:val="24"/>
          <w:szCs w:val="24"/>
        </w:rPr>
        <w:t>Sredstvo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>: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Gotovina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Platna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kartica</w:t>
      </w:r>
      <w:proofErr w:type="spellEnd"/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Bezgotovinski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prenos</w:t>
      </w:r>
      <w:proofErr w:type="spellEnd"/>
      <w:r w:rsidRPr="00A525FB">
        <w:rPr>
          <w:rFonts w:ascii="Garamond" w:hAnsi="Garamond"/>
          <w:sz w:val="24"/>
          <w:szCs w:val="24"/>
        </w:rPr>
        <w:t xml:space="preserve"> (</w:t>
      </w:r>
      <w:proofErr w:type="spellStart"/>
      <w:r w:rsidRPr="00A525FB">
        <w:rPr>
          <w:rFonts w:ascii="Garamond" w:hAnsi="Garamond"/>
          <w:sz w:val="24"/>
          <w:szCs w:val="24"/>
        </w:rPr>
        <w:t>uplata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ra</w:t>
      </w:r>
      <w:r w:rsidRPr="00A525FB">
        <w:rPr>
          <w:rFonts w:ascii="Garamond" w:hAnsi="Garamond" w:cs="Garamond"/>
          <w:sz w:val="24"/>
          <w:szCs w:val="24"/>
        </w:rPr>
        <w:t>č</w:t>
      </w:r>
      <w:r w:rsidRPr="00A525FB">
        <w:rPr>
          <w:rFonts w:ascii="Garamond" w:hAnsi="Garamond"/>
          <w:sz w:val="24"/>
          <w:szCs w:val="24"/>
        </w:rPr>
        <w:t>una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Kupca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ra</w:t>
      </w:r>
      <w:r w:rsidRPr="00A525FB">
        <w:rPr>
          <w:rFonts w:ascii="Garamond" w:hAnsi="Garamond" w:cs="Garamond"/>
          <w:sz w:val="24"/>
          <w:szCs w:val="24"/>
        </w:rPr>
        <w:t>č</w:t>
      </w:r>
      <w:r w:rsidRPr="00A525FB">
        <w:rPr>
          <w:rFonts w:ascii="Garamond" w:hAnsi="Garamond"/>
          <w:sz w:val="24"/>
          <w:szCs w:val="24"/>
        </w:rPr>
        <w:t>un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Prodavca</w:t>
      </w:r>
      <w:proofErr w:type="spellEnd"/>
      <w:r w:rsidRPr="00A525FB">
        <w:rPr>
          <w:rFonts w:ascii="Garamond" w:hAnsi="Garamond"/>
          <w:sz w:val="24"/>
          <w:szCs w:val="24"/>
        </w:rPr>
        <w:t>)</w:t>
      </w:r>
    </w:p>
    <w:p w14:paraId="4F85E10C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r w:rsidRPr="00A525FB">
        <w:rPr>
          <w:rFonts w:ascii="Garamond" w:hAnsi="Garamond"/>
          <w:sz w:val="24"/>
          <w:szCs w:val="24"/>
        </w:rPr>
        <w:t xml:space="preserve">U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da je </w:t>
      </w:r>
      <w:proofErr w:type="spellStart"/>
      <w:r w:rsidRPr="00A525FB">
        <w:rPr>
          <w:rFonts w:ascii="Garamond" w:hAnsi="Garamond"/>
          <w:sz w:val="24"/>
          <w:szCs w:val="24"/>
        </w:rPr>
        <w:t>kao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način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označeno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r w:rsidRPr="00A525FB">
        <w:rPr>
          <w:rFonts w:ascii="Garamond" w:hAnsi="Garamond"/>
          <w:b/>
          <w:bCs/>
          <w:sz w:val="24"/>
          <w:szCs w:val="24"/>
        </w:rPr>
        <w:t xml:space="preserve">„NA </w:t>
      </w:r>
      <w:proofErr w:type="gramStart"/>
      <w:r w:rsidRPr="00A525FB">
        <w:rPr>
          <w:rFonts w:ascii="Garamond" w:hAnsi="Garamond"/>
          <w:b/>
          <w:bCs/>
          <w:sz w:val="24"/>
          <w:szCs w:val="24"/>
        </w:rPr>
        <w:t>RATE“</w:t>
      </w:r>
      <w:proofErr w:type="gramEnd"/>
      <w:r w:rsidRPr="00A525FB">
        <w:rPr>
          <w:rFonts w:ascii="Garamond" w:hAnsi="Garamond"/>
          <w:sz w:val="24"/>
          <w:szCs w:val="24"/>
        </w:rPr>
        <w:t xml:space="preserve">, </w:t>
      </w:r>
      <w:proofErr w:type="spellStart"/>
      <w:r w:rsidRPr="00A525FB">
        <w:rPr>
          <w:rFonts w:ascii="Garamond" w:hAnsi="Garamond"/>
          <w:sz w:val="24"/>
          <w:szCs w:val="24"/>
        </w:rPr>
        <w:t>ugovorne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strane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saglasno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ugovaraju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sledeće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uslove</w:t>
      </w:r>
      <w:proofErr w:type="spellEnd"/>
      <w:r w:rsidRPr="00A525FB">
        <w:rPr>
          <w:rFonts w:ascii="Garamond" w:hAnsi="Garamond"/>
          <w:sz w:val="24"/>
          <w:szCs w:val="24"/>
        </w:rPr>
        <w:t xml:space="preserve">, koji se </w:t>
      </w:r>
      <w:proofErr w:type="spellStart"/>
      <w:r w:rsidRPr="00A525FB">
        <w:rPr>
          <w:rFonts w:ascii="Garamond" w:hAnsi="Garamond"/>
          <w:sz w:val="24"/>
          <w:szCs w:val="24"/>
        </w:rPr>
        <w:t>popunjavaju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i </w:t>
      </w:r>
      <w:proofErr w:type="spellStart"/>
      <w:r w:rsidRPr="00A525FB">
        <w:rPr>
          <w:rFonts w:ascii="Garamond" w:hAnsi="Garamond"/>
          <w:sz w:val="24"/>
          <w:szCs w:val="24"/>
        </w:rPr>
        <w:t>primenjuju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isključivo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tom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>:</w:t>
      </w:r>
    </w:p>
    <w:p w14:paraId="5E177122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Broj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mesečnih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rata: __________</w:t>
      </w:r>
    </w:p>
    <w:p w14:paraId="445C1525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Iznos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prve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rate: __________ </w:t>
      </w:r>
      <w:proofErr w:type="spellStart"/>
      <w:r w:rsidRPr="00A525FB">
        <w:rPr>
          <w:rFonts w:ascii="Garamond" w:hAnsi="Garamond"/>
          <w:sz w:val="24"/>
          <w:szCs w:val="24"/>
        </w:rPr>
        <w:t>dinara</w:t>
      </w:r>
      <w:proofErr w:type="spellEnd"/>
    </w:p>
    <w:p w14:paraId="1BA40695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r w:rsidRPr="00A525FB">
        <w:rPr>
          <w:rFonts w:ascii="Garamond" w:hAnsi="Garamond"/>
          <w:sz w:val="24"/>
          <w:szCs w:val="24"/>
        </w:rPr>
        <w:t xml:space="preserve">Rok </w:t>
      </w:r>
      <w:proofErr w:type="spellStart"/>
      <w:r w:rsidRPr="00A525FB">
        <w:rPr>
          <w:rFonts w:ascii="Garamond" w:hAnsi="Garamond"/>
          <w:sz w:val="24"/>
          <w:szCs w:val="24"/>
        </w:rPr>
        <w:t>uplate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prve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rate: __________</w:t>
      </w:r>
    </w:p>
    <w:p w14:paraId="7E9D494F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r w:rsidRPr="00A525FB">
        <w:rPr>
          <w:rFonts w:ascii="Garamond" w:hAnsi="Garamond"/>
          <w:sz w:val="24"/>
          <w:szCs w:val="24"/>
        </w:rPr>
        <w:t xml:space="preserve">Datum </w:t>
      </w:r>
      <w:proofErr w:type="spellStart"/>
      <w:r w:rsidRPr="00A525FB">
        <w:rPr>
          <w:rFonts w:ascii="Garamond" w:hAnsi="Garamond"/>
          <w:sz w:val="24"/>
          <w:szCs w:val="24"/>
        </w:rPr>
        <w:t>dospeća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narednih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rata: __________ (</w:t>
      </w:r>
      <w:proofErr w:type="spellStart"/>
      <w:r w:rsidRPr="00A525FB">
        <w:rPr>
          <w:rFonts w:ascii="Garamond" w:hAnsi="Garamond"/>
          <w:sz w:val="24"/>
          <w:szCs w:val="24"/>
        </w:rPr>
        <w:t>svakog</w:t>
      </w:r>
      <w:proofErr w:type="spellEnd"/>
      <w:r w:rsidRPr="00A525FB">
        <w:rPr>
          <w:rFonts w:ascii="Garamond" w:hAnsi="Garamond"/>
          <w:sz w:val="24"/>
          <w:szCs w:val="24"/>
        </w:rPr>
        <w:t xml:space="preserve"> ___ u </w:t>
      </w:r>
      <w:proofErr w:type="spellStart"/>
      <w:r w:rsidRPr="00A525FB">
        <w:rPr>
          <w:rFonts w:ascii="Garamond" w:hAnsi="Garamond"/>
          <w:sz w:val="24"/>
          <w:szCs w:val="24"/>
        </w:rPr>
        <w:t>mesecu</w:t>
      </w:r>
      <w:proofErr w:type="spellEnd"/>
      <w:r w:rsidRPr="00A525FB">
        <w:rPr>
          <w:rFonts w:ascii="Garamond" w:hAnsi="Garamond"/>
          <w:sz w:val="24"/>
          <w:szCs w:val="24"/>
        </w:rPr>
        <w:t>)</w:t>
      </w:r>
    </w:p>
    <w:p w14:paraId="73124AF7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Ukupan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iznos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PDV-om: __________ </w:t>
      </w:r>
      <w:proofErr w:type="spellStart"/>
      <w:r w:rsidRPr="00A525FB">
        <w:rPr>
          <w:rFonts w:ascii="Garamond" w:hAnsi="Garamond"/>
          <w:sz w:val="24"/>
          <w:szCs w:val="24"/>
        </w:rPr>
        <w:t>dinara</w:t>
      </w:r>
      <w:proofErr w:type="spellEnd"/>
    </w:p>
    <w:p w14:paraId="1FD2DBE5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Nezavisno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od </w:t>
      </w:r>
      <w:proofErr w:type="spellStart"/>
      <w:r w:rsidRPr="00A525FB">
        <w:rPr>
          <w:rFonts w:ascii="Garamond" w:hAnsi="Garamond"/>
          <w:sz w:val="24"/>
          <w:szCs w:val="24"/>
        </w:rPr>
        <w:t>broja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ugovorenih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rata, </w:t>
      </w:r>
      <w:proofErr w:type="spellStart"/>
      <w:r w:rsidRPr="00A525FB">
        <w:rPr>
          <w:rFonts w:ascii="Garamond" w:hAnsi="Garamond"/>
          <w:sz w:val="24"/>
          <w:szCs w:val="24"/>
        </w:rPr>
        <w:t>ugovorne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strane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saglasno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utvrđuju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da:</w:t>
      </w:r>
    </w:p>
    <w:p w14:paraId="774AA4E6" w14:textId="77777777" w:rsidR="00A525FB" w:rsidRPr="00A525FB" w:rsidRDefault="00A525FB" w:rsidP="00A525FB">
      <w:pPr>
        <w:numPr>
          <w:ilvl w:val="0"/>
          <w:numId w:val="12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prva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 </w:t>
      </w:r>
      <w:proofErr w:type="spellStart"/>
      <w:r w:rsidRPr="00A525FB">
        <w:rPr>
          <w:rFonts w:ascii="Garamond" w:hAnsi="Garamond"/>
          <w:sz w:val="24"/>
          <w:szCs w:val="24"/>
        </w:rPr>
        <w:t>iznosi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najmanje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20% </w:t>
      </w:r>
      <w:proofErr w:type="spellStart"/>
      <w:r w:rsidRPr="00A525FB">
        <w:rPr>
          <w:rFonts w:ascii="Garamond" w:hAnsi="Garamond"/>
          <w:sz w:val="24"/>
          <w:szCs w:val="24"/>
        </w:rPr>
        <w:t>od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ukupne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ugovorene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cene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dospeva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dan </w:t>
      </w:r>
      <w:proofErr w:type="spellStart"/>
      <w:r w:rsidRPr="00A525FB">
        <w:rPr>
          <w:rFonts w:ascii="Garamond" w:hAnsi="Garamond"/>
          <w:sz w:val="24"/>
          <w:szCs w:val="24"/>
        </w:rPr>
        <w:t>zaključenja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ovog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ugovora</w:t>
      </w:r>
      <w:proofErr w:type="spellEnd"/>
      <w:r w:rsidRPr="00A525FB">
        <w:rPr>
          <w:rFonts w:ascii="Garamond" w:hAnsi="Garamond"/>
          <w:sz w:val="24"/>
          <w:szCs w:val="24"/>
        </w:rPr>
        <w:t>;</w:t>
      </w:r>
    </w:p>
    <w:p w14:paraId="05A4FB0D" w14:textId="77777777" w:rsidR="00A525FB" w:rsidRPr="00A525FB" w:rsidRDefault="00A525FB" w:rsidP="00A525FB">
      <w:pPr>
        <w:numPr>
          <w:ilvl w:val="0"/>
          <w:numId w:val="12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preostali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deo </w:t>
      </w:r>
      <w:proofErr w:type="spellStart"/>
      <w:r w:rsidRPr="00A525FB">
        <w:rPr>
          <w:rFonts w:ascii="Garamond" w:hAnsi="Garamond"/>
          <w:sz w:val="24"/>
          <w:szCs w:val="24"/>
        </w:rPr>
        <w:t>ugovorene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cene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mora </w:t>
      </w:r>
      <w:proofErr w:type="spellStart"/>
      <w:r w:rsidRPr="00A525FB">
        <w:rPr>
          <w:rFonts w:ascii="Garamond" w:hAnsi="Garamond"/>
          <w:sz w:val="24"/>
          <w:szCs w:val="24"/>
        </w:rPr>
        <w:t>biti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</w:t>
      </w:r>
      <w:proofErr w:type="spellStart"/>
      <w:r w:rsidRPr="00A525FB">
        <w:rPr>
          <w:rFonts w:ascii="Garamond" w:hAnsi="Garamond"/>
          <w:sz w:val="24"/>
          <w:szCs w:val="24"/>
        </w:rPr>
        <w:t>celosti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isplaćen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najkasnije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</w:t>
      </w:r>
      <w:proofErr w:type="spellStart"/>
      <w:r w:rsidRPr="00A525FB">
        <w:rPr>
          <w:rFonts w:ascii="Garamond" w:hAnsi="Garamond"/>
          <w:sz w:val="24"/>
          <w:szCs w:val="24"/>
        </w:rPr>
        <w:t>roku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od 3 (tri) dana pre dana </w:t>
      </w:r>
      <w:proofErr w:type="spellStart"/>
      <w:r w:rsidRPr="00A525FB">
        <w:rPr>
          <w:rFonts w:ascii="Garamond" w:hAnsi="Garamond"/>
          <w:sz w:val="24"/>
          <w:szCs w:val="24"/>
        </w:rPr>
        <w:t>izvršenja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montaže</w:t>
      </w:r>
      <w:proofErr w:type="spellEnd"/>
      <w:r w:rsidRPr="00A525FB">
        <w:rPr>
          <w:rFonts w:ascii="Garamond" w:hAnsi="Garamond"/>
          <w:sz w:val="24"/>
          <w:szCs w:val="24"/>
        </w:rPr>
        <w:t>.</w:t>
      </w:r>
    </w:p>
    <w:p w14:paraId="19426FF9" w14:textId="7F3276E3" w:rsidR="00A525FB" w:rsidRPr="00A525FB" w:rsidRDefault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Odredbe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i </w:t>
      </w:r>
      <w:proofErr w:type="spellStart"/>
      <w:r w:rsidRPr="00A525FB">
        <w:rPr>
          <w:rFonts w:ascii="Garamond" w:hAnsi="Garamond"/>
          <w:sz w:val="24"/>
          <w:szCs w:val="24"/>
        </w:rPr>
        <w:t>polja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koja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se </w:t>
      </w:r>
      <w:proofErr w:type="spellStart"/>
      <w:r w:rsidRPr="00A525FB">
        <w:rPr>
          <w:rFonts w:ascii="Garamond" w:hAnsi="Garamond"/>
          <w:sz w:val="24"/>
          <w:szCs w:val="24"/>
        </w:rPr>
        <w:t>odnose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rate </w:t>
      </w:r>
      <w:proofErr w:type="spellStart"/>
      <w:r w:rsidRPr="00A525FB">
        <w:rPr>
          <w:rFonts w:ascii="Garamond" w:hAnsi="Garamond"/>
          <w:sz w:val="24"/>
          <w:szCs w:val="24"/>
        </w:rPr>
        <w:t>primenjuju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se </w:t>
      </w:r>
      <w:proofErr w:type="spellStart"/>
      <w:r w:rsidRPr="00A525FB">
        <w:rPr>
          <w:rFonts w:ascii="Garamond" w:hAnsi="Garamond"/>
          <w:sz w:val="24"/>
          <w:szCs w:val="24"/>
        </w:rPr>
        <w:t>isključivo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kada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je </w:t>
      </w:r>
      <w:proofErr w:type="spellStart"/>
      <w:r w:rsidRPr="00A525FB">
        <w:rPr>
          <w:rFonts w:ascii="Garamond" w:hAnsi="Garamond"/>
          <w:sz w:val="24"/>
          <w:szCs w:val="24"/>
        </w:rPr>
        <w:t>kao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način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označeno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„NA </w:t>
      </w:r>
      <w:proofErr w:type="gramStart"/>
      <w:r w:rsidRPr="00A525FB">
        <w:rPr>
          <w:rFonts w:ascii="Garamond" w:hAnsi="Garamond"/>
          <w:sz w:val="24"/>
          <w:szCs w:val="24"/>
        </w:rPr>
        <w:t>RATE“</w:t>
      </w:r>
      <w:proofErr w:type="gramEnd"/>
      <w:r w:rsidRPr="00A525FB">
        <w:rPr>
          <w:rFonts w:ascii="Garamond" w:hAnsi="Garamond"/>
          <w:sz w:val="24"/>
          <w:szCs w:val="24"/>
        </w:rPr>
        <w:t>.</w:t>
      </w:r>
      <w:r w:rsidRPr="00A525FB">
        <w:rPr>
          <w:rFonts w:ascii="Garamond" w:hAnsi="Garamond"/>
          <w:sz w:val="24"/>
          <w:szCs w:val="24"/>
        </w:rPr>
        <w:br/>
        <w:t xml:space="preserve">U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jednokratnog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, </w:t>
      </w:r>
      <w:proofErr w:type="spellStart"/>
      <w:r w:rsidRPr="00A525FB">
        <w:rPr>
          <w:rFonts w:ascii="Garamond" w:hAnsi="Garamond"/>
          <w:sz w:val="24"/>
          <w:szCs w:val="24"/>
        </w:rPr>
        <w:t>navedena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polja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odredbe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se ne </w:t>
      </w:r>
      <w:proofErr w:type="spellStart"/>
      <w:r w:rsidRPr="00A525FB">
        <w:rPr>
          <w:rFonts w:ascii="Garamond" w:hAnsi="Garamond"/>
          <w:sz w:val="24"/>
          <w:szCs w:val="24"/>
        </w:rPr>
        <w:t>popunjavaju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ne </w:t>
      </w:r>
      <w:proofErr w:type="spellStart"/>
      <w:r w:rsidRPr="00A525FB">
        <w:rPr>
          <w:rFonts w:ascii="Garamond" w:hAnsi="Garamond"/>
          <w:sz w:val="24"/>
          <w:szCs w:val="24"/>
        </w:rPr>
        <w:t>proizvode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pravno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dejstvo</w:t>
      </w:r>
      <w:proofErr w:type="spellEnd"/>
      <w:r w:rsidRPr="00A525FB">
        <w:rPr>
          <w:rFonts w:ascii="Garamond" w:hAnsi="Garamond"/>
          <w:sz w:val="24"/>
          <w:szCs w:val="24"/>
        </w:rPr>
        <w:t>.</w:t>
      </w:r>
    </w:p>
    <w:p w14:paraId="36FA9FD3" w14:textId="6C8DDC1F" w:rsidR="006C3F10" w:rsidRPr="00A525FB" w:rsidRDefault="004F642C">
      <w:pPr>
        <w:rPr>
          <w:rFonts w:ascii="Garamond" w:hAnsi="Garamond"/>
          <w:b/>
          <w:bCs/>
          <w:sz w:val="24"/>
          <w:szCs w:val="24"/>
        </w:rPr>
      </w:pPr>
      <w:proofErr w:type="spellStart"/>
      <w:r w:rsidRPr="00A525FB">
        <w:rPr>
          <w:rFonts w:ascii="Garamond" w:hAnsi="Garamond"/>
          <w:b/>
          <w:bCs/>
          <w:sz w:val="24"/>
          <w:szCs w:val="24"/>
        </w:rPr>
        <w:t>Uplate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vršiti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na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poslovni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račun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>: 160-6000002311495-94</w:t>
      </w:r>
    </w:p>
    <w:p w14:paraId="47D236EC" w14:textId="554CC83B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proofErr w:type="spellStart"/>
      <w:r w:rsidRPr="006C0A2C">
        <w:rPr>
          <w:rFonts w:ascii="Garamond" w:hAnsi="Garamond"/>
          <w:b/>
          <w:sz w:val="24"/>
          <w:szCs w:val="24"/>
        </w:rPr>
        <w:t>Isporuka</w:t>
      </w:r>
      <w:proofErr w:type="spellEnd"/>
      <w:r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Pr="006C0A2C">
        <w:rPr>
          <w:rFonts w:ascii="Garamond" w:hAnsi="Garamond"/>
          <w:b/>
          <w:sz w:val="24"/>
          <w:szCs w:val="24"/>
        </w:rPr>
        <w:t>i</w:t>
      </w:r>
      <w:proofErr w:type="spellEnd"/>
      <w:r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Pr="006C0A2C">
        <w:rPr>
          <w:rFonts w:ascii="Garamond" w:hAnsi="Garamond"/>
          <w:b/>
          <w:sz w:val="24"/>
          <w:szCs w:val="24"/>
        </w:rPr>
        <w:t>montaža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6C3F10" w:rsidRPr="006C0A2C" w14:paraId="236DB8B2" w14:textId="77777777">
        <w:tc>
          <w:tcPr>
            <w:tcW w:w="4320" w:type="dxa"/>
          </w:tcPr>
          <w:p w14:paraId="6691CA55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Termin isporuke:</w:t>
            </w:r>
          </w:p>
        </w:tc>
        <w:tc>
          <w:tcPr>
            <w:tcW w:w="4320" w:type="dxa"/>
          </w:tcPr>
          <w:p w14:paraId="020C0D7A" w14:textId="0A7D5716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 xml:space="preserve">Najkasnije </w:t>
            </w:r>
            <w:r w:rsidR="006D398A" w:rsidRPr="006C0A2C">
              <w:rPr>
                <w:rFonts w:ascii="Garamond" w:hAnsi="Garamond"/>
                <w:sz w:val="24"/>
                <w:szCs w:val="24"/>
              </w:rPr>
              <w:t>30</w:t>
            </w:r>
            <w:r w:rsidRPr="006C0A2C">
              <w:rPr>
                <w:rFonts w:ascii="Garamond" w:hAnsi="Garamond"/>
                <w:sz w:val="24"/>
                <w:szCs w:val="24"/>
              </w:rPr>
              <w:t xml:space="preserve"> dana od </w:t>
            </w:r>
            <w:proofErr w:type="spellStart"/>
            <w:r w:rsidRPr="006C0A2C">
              <w:rPr>
                <w:rFonts w:ascii="Garamond" w:hAnsi="Garamond"/>
                <w:sz w:val="24"/>
                <w:szCs w:val="24"/>
              </w:rPr>
              <w:t>uplate</w:t>
            </w:r>
            <w:proofErr w:type="spellEnd"/>
            <w:r w:rsidRPr="006C0A2C">
              <w:rPr>
                <w:rFonts w:ascii="Garamond" w:hAnsi="Garamond"/>
                <w:sz w:val="24"/>
                <w:szCs w:val="24"/>
              </w:rPr>
              <w:t xml:space="preserve"> </w:t>
            </w:r>
            <w:proofErr w:type="spellStart"/>
            <w:r w:rsidR="00A525FB">
              <w:rPr>
                <w:rFonts w:ascii="Garamond" w:hAnsi="Garamond"/>
                <w:sz w:val="24"/>
                <w:szCs w:val="24"/>
              </w:rPr>
              <w:t>prve</w:t>
            </w:r>
            <w:proofErr w:type="spellEnd"/>
            <w:r w:rsidR="00A525FB">
              <w:rPr>
                <w:rFonts w:ascii="Garamond" w:hAnsi="Garamond"/>
                <w:sz w:val="24"/>
                <w:szCs w:val="24"/>
              </w:rPr>
              <w:t xml:space="preserve"> rate</w:t>
            </w:r>
          </w:p>
        </w:tc>
      </w:tr>
      <w:tr w:rsidR="006C3F10" w:rsidRPr="006C0A2C" w14:paraId="7FA7E66C" w14:textId="77777777">
        <w:tc>
          <w:tcPr>
            <w:tcW w:w="4320" w:type="dxa"/>
          </w:tcPr>
          <w:p w14:paraId="4353410F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Montaža uređaja:</w:t>
            </w:r>
          </w:p>
        </w:tc>
        <w:tc>
          <w:tcPr>
            <w:tcW w:w="4320" w:type="dxa"/>
          </w:tcPr>
          <w:p w14:paraId="6BF3B65C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Montažu vrši ovlašćeno lice. Uređaj se trajno pričvršćuje na zid.</w:t>
            </w:r>
          </w:p>
        </w:tc>
      </w:tr>
    </w:tbl>
    <w:p w14:paraId="23CE083F" w14:textId="66CED8A2" w:rsidR="006C3F10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.</w:t>
      </w:r>
    </w:p>
    <w:p w14:paraId="7EC01B83" w14:textId="77777777" w:rsidR="00A525FB" w:rsidRPr="006C0A2C" w:rsidRDefault="00A525FB">
      <w:pPr>
        <w:rPr>
          <w:rFonts w:ascii="Garamond" w:hAnsi="Garamond"/>
          <w:sz w:val="24"/>
          <w:szCs w:val="24"/>
        </w:rPr>
      </w:pPr>
    </w:p>
    <w:p w14:paraId="321F0C83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lastRenderedPageBreak/>
        <w:t>Potpisi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6C3F10" w:rsidRPr="006C0A2C" w14:paraId="25B0C1E6" w14:textId="77777777">
        <w:tc>
          <w:tcPr>
            <w:tcW w:w="4320" w:type="dxa"/>
          </w:tcPr>
          <w:p w14:paraId="6C2FDD3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Prodavac: SMART HOUSE VENT SYSTEM DOO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_____________________________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Potpis ovlašćenog lica / pečat</w:t>
            </w:r>
          </w:p>
        </w:tc>
        <w:tc>
          <w:tcPr>
            <w:tcW w:w="4320" w:type="dxa"/>
          </w:tcPr>
          <w:p w14:paraId="0345BEAE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Kupac: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_____________________________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Ime i prezime / potpis</w:t>
            </w:r>
          </w:p>
        </w:tc>
      </w:tr>
    </w:tbl>
    <w:p w14:paraId="090B603D" w14:textId="77777777" w:rsidR="004F642C" w:rsidRPr="006C0A2C" w:rsidRDefault="004F642C">
      <w:pPr>
        <w:rPr>
          <w:rFonts w:ascii="Garamond" w:hAnsi="Garamond"/>
          <w:sz w:val="24"/>
          <w:szCs w:val="24"/>
        </w:rPr>
      </w:pPr>
    </w:p>
    <w:p w14:paraId="7E49A286" w14:textId="4707D959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UGOVORNE ODREDBE </w:t>
      </w:r>
    </w:p>
    <w:p w14:paraId="6EB008FE" w14:textId="77777777" w:rsid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1. (Cena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PDV)</w:t>
      </w: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robe,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predstavlja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neto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uvećanu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za PDV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obračunat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po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stopi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važećoj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dan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zaključenja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ovog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iskazuje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dinarima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69ECE98F" w14:textId="45948B4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  <w:t xml:space="preserve">Ako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plaća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rate,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rate,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pripadajućim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PDV-om,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plaća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do 15. dana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mesecu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Ukoliko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toku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otplate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dođe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promene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stope PDV-a,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će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blagovremeno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obavestiti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iznos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PDV-</w:t>
      </w:r>
      <w:proofErr w:type="gramStart"/>
      <w:r w:rsidRPr="006C0A2C">
        <w:rPr>
          <w:rFonts w:ascii="Garamond" w:hAnsi="Garamond"/>
          <w:sz w:val="24"/>
          <w:szCs w:val="24"/>
          <w:lang w:val="en-GB"/>
        </w:rPr>
        <w:t>a</w:t>
      </w:r>
      <w:proofErr w:type="gram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obračunat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novovažećoj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stopi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Povećanje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vrednosti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robe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nastalo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isključivo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zbog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promene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stope PDV-a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povećanjem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</w:r>
    </w:p>
    <w:p w14:paraId="40C90EF5" w14:textId="5B0399B8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2.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Plaćanje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kredit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obavezuje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plaćanje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rokovima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iznosima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utvrđenim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ovim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Uplate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vrše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isključivo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račun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  <w:t xml:space="preserve">Ako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kupovina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putem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kredita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primenjuju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pravila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banke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kreditiranje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postupi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internim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procedurama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banke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kredit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odobrava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400C22F8" w14:textId="77777777" w:rsidR="00885804" w:rsidRPr="00885804" w:rsidRDefault="004F642C" w:rsidP="00885804">
      <w:pPr>
        <w:rPr>
          <w:rFonts w:ascii="Garamond" w:hAnsi="Garamond"/>
          <w:sz w:val="24"/>
          <w:szCs w:val="24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3.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Specifikacija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proizvoda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  <w:r w:rsidRPr="006C0A2C">
        <w:rPr>
          <w:rFonts w:ascii="Garamond" w:hAnsi="Garamond"/>
          <w:sz w:val="24"/>
          <w:szCs w:val="24"/>
          <w:lang w:val="en-GB"/>
        </w:rPr>
        <w:br/>
      </w:r>
    </w:p>
    <w:p w14:paraId="097CBE55" w14:textId="67F86A1F" w:rsidR="00885804" w:rsidRPr="00885804" w:rsidRDefault="00885804" w:rsidP="00885804">
      <w:pPr>
        <w:rPr>
          <w:rFonts w:ascii="Garamond" w:hAnsi="Garamond"/>
          <w:sz w:val="24"/>
          <w:szCs w:val="24"/>
        </w:rPr>
      </w:pPr>
      <w:proofErr w:type="spellStart"/>
      <w:r w:rsidRPr="00885804">
        <w:rPr>
          <w:rFonts w:ascii="Garamond" w:hAnsi="Garamond"/>
          <w:sz w:val="24"/>
          <w:szCs w:val="24"/>
        </w:rPr>
        <w:t>Predmet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ugovora</w:t>
      </w:r>
      <w:proofErr w:type="spellEnd"/>
      <w:r w:rsidRPr="00885804">
        <w:rPr>
          <w:rFonts w:ascii="Garamond" w:hAnsi="Garamond"/>
          <w:sz w:val="24"/>
          <w:szCs w:val="24"/>
        </w:rPr>
        <w:t xml:space="preserve"> je </w:t>
      </w:r>
      <w:proofErr w:type="spellStart"/>
      <w:r w:rsidRPr="00885804">
        <w:rPr>
          <w:rFonts w:ascii="Garamond" w:hAnsi="Garamond"/>
          <w:sz w:val="24"/>
          <w:szCs w:val="24"/>
        </w:rPr>
        <w:t>uređaj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r w:rsidRPr="00885804">
        <w:rPr>
          <w:rFonts w:ascii="Garamond" w:hAnsi="Garamond"/>
          <w:b/>
          <w:bCs/>
          <w:sz w:val="24"/>
          <w:szCs w:val="24"/>
        </w:rPr>
        <w:t>BALANCE</w:t>
      </w:r>
      <w:r w:rsidRPr="00885804">
        <w:rPr>
          <w:rFonts w:ascii="Garamond" w:hAnsi="Garamond"/>
          <w:sz w:val="24"/>
          <w:szCs w:val="24"/>
        </w:rPr>
        <w:t xml:space="preserve"> – </w:t>
      </w:r>
      <w:proofErr w:type="spellStart"/>
      <w:r w:rsidRPr="00885804">
        <w:rPr>
          <w:rFonts w:ascii="Garamond" w:hAnsi="Garamond"/>
          <w:sz w:val="24"/>
          <w:szCs w:val="24"/>
        </w:rPr>
        <w:t>zidni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uređaj</w:t>
      </w:r>
      <w:proofErr w:type="spellEnd"/>
      <w:r w:rsidRPr="00885804">
        <w:rPr>
          <w:rFonts w:ascii="Garamond" w:hAnsi="Garamond"/>
          <w:sz w:val="24"/>
          <w:szCs w:val="24"/>
        </w:rPr>
        <w:t xml:space="preserve"> za </w:t>
      </w:r>
      <w:proofErr w:type="spellStart"/>
      <w:r w:rsidRPr="00885804">
        <w:rPr>
          <w:rFonts w:ascii="Garamond" w:hAnsi="Garamond"/>
          <w:sz w:val="24"/>
          <w:szCs w:val="24"/>
        </w:rPr>
        <w:t>obradu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prečišćavanje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vazduha</w:t>
      </w:r>
      <w:proofErr w:type="spellEnd"/>
      <w:r w:rsidRPr="00885804">
        <w:rPr>
          <w:rFonts w:ascii="Garamond" w:hAnsi="Garamond"/>
          <w:sz w:val="24"/>
          <w:szCs w:val="24"/>
        </w:rPr>
        <w:t xml:space="preserve">, koji se </w:t>
      </w:r>
      <w:proofErr w:type="spellStart"/>
      <w:r w:rsidRPr="00885804">
        <w:rPr>
          <w:rFonts w:ascii="Garamond" w:hAnsi="Garamond"/>
          <w:sz w:val="24"/>
          <w:szCs w:val="24"/>
        </w:rPr>
        <w:t>trajno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pričvršćuje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na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zid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objekta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Kupca</w:t>
      </w:r>
      <w:proofErr w:type="spellEnd"/>
      <w:r w:rsidRPr="00885804">
        <w:rPr>
          <w:rFonts w:ascii="Garamond" w:hAnsi="Garamond"/>
          <w:sz w:val="24"/>
          <w:szCs w:val="24"/>
        </w:rPr>
        <w:t xml:space="preserve">. </w:t>
      </w:r>
      <w:proofErr w:type="spellStart"/>
      <w:r w:rsidRPr="00885804">
        <w:rPr>
          <w:rFonts w:ascii="Garamond" w:hAnsi="Garamond"/>
          <w:sz w:val="24"/>
          <w:szCs w:val="24"/>
        </w:rPr>
        <w:t>Uređaj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pomoću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ugrađenog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senzora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stalno</w:t>
      </w:r>
      <w:proofErr w:type="spellEnd"/>
      <w:r w:rsidRPr="00885804">
        <w:rPr>
          <w:rFonts w:ascii="Garamond" w:hAnsi="Garamond"/>
          <w:sz w:val="24"/>
          <w:szCs w:val="24"/>
        </w:rPr>
        <w:t xml:space="preserve"> meri </w:t>
      </w:r>
      <w:proofErr w:type="spellStart"/>
      <w:r w:rsidRPr="00885804">
        <w:rPr>
          <w:rFonts w:ascii="Garamond" w:hAnsi="Garamond"/>
          <w:sz w:val="24"/>
          <w:szCs w:val="24"/>
        </w:rPr>
        <w:t>nivo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vlažnosti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u </w:t>
      </w:r>
      <w:proofErr w:type="spellStart"/>
      <w:r w:rsidRPr="00885804">
        <w:rPr>
          <w:rFonts w:ascii="Garamond" w:hAnsi="Garamond"/>
          <w:sz w:val="24"/>
          <w:szCs w:val="24"/>
        </w:rPr>
        <w:t>prostoru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i</w:t>
      </w:r>
      <w:proofErr w:type="spellEnd"/>
      <w:r w:rsidRPr="00885804">
        <w:rPr>
          <w:rFonts w:ascii="Garamond" w:hAnsi="Garamond"/>
          <w:sz w:val="24"/>
          <w:szCs w:val="24"/>
        </w:rPr>
        <w:t xml:space="preserve">, </w:t>
      </w:r>
      <w:proofErr w:type="spellStart"/>
      <w:r w:rsidRPr="00885804">
        <w:rPr>
          <w:rFonts w:ascii="Garamond" w:hAnsi="Garamond"/>
          <w:sz w:val="24"/>
          <w:szCs w:val="24"/>
        </w:rPr>
        <w:t>kada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ona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pređe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dozvoljenu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granicu</w:t>
      </w:r>
      <w:proofErr w:type="spellEnd"/>
      <w:r w:rsidRPr="00885804">
        <w:rPr>
          <w:rFonts w:ascii="Garamond" w:hAnsi="Garamond"/>
          <w:sz w:val="24"/>
          <w:szCs w:val="24"/>
        </w:rPr>
        <w:t xml:space="preserve">, </w:t>
      </w:r>
      <w:proofErr w:type="spellStart"/>
      <w:r w:rsidRPr="00885804">
        <w:rPr>
          <w:rFonts w:ascii="Garamond" w:hAnsi="Garamond"/>
          <w:sz w:val="24"/>
          <w:szCs w:val="24"/>
        </w:rPr>
        <w:t>automatski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se </w:t>
      </w:r>
      <w:proofErr w:type="spellStart"/>
      <w:r w:rsidRPr="00885804">
        <w:rPr>
          <w:rFonts w:ascii="Garamond" w:hAnsi="Garamond"/>
          <w:sz w:val="24"/>
          <w:szCs w:val="24"/>
        </w:rPr>
        <w:t>uključuje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spušta</w:t>
      </w:r>
      <w:proofErr w:type="spellEnd"/>
      <w:r w:rsidRPr="00885804">
        <w:rPr>
          <w:rFonts w:ascii="Garamond" w:hAnsi="Garamond"/>
          <w:sz w:val="24"/>
          <w:szCs w:val="24"/>
        </w:rPr>
        <w:t xml:space="preserve"> je </w:t>
      </w:r>
      <w:proofErr w:type="spellStart"/>
      <w:r w:rsidRPr="00885804">
        <w:rPr>
          <w:rFonts w:ascii="Garamond" w:hAnsi="Garamond"/>
          <w:sz w:val="24"/>
          <w:szCs w:val="24"/>
        </w:rPr>
        <w:t>na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optimalan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nivo</w:t>
      </w:r>
      <w:proofErr w:type="spellEnd"/>
      <w:r w:rsidRPr="00885804">
        <w:rPr>
          <w:rFonts w:ascii="Garamond" w:hAnsi="Garamond"/>
          <w:sz w:val="24"/>
          <w:szCs w:val="24"/>
        </w:rPr>
        <w:t xml:space="preserve">, </w:t>
      </w:r>
      <w:proofErr w:type="spellStart"/>
      <w:r w:rsidRPr="00885804">
        <w:rPr>
          <w:rFonts w:ascii="Garamond" w:hAnsi="Garamond"/>
          <w:sz w:val="24"/>
          <w:szCs w:val="24"/>
        </w:rPr>
        <w:t>sprečavajući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pojavu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buđi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zadržavanje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vlage</w:t>
      </w:r>
      <w:proofErr w:type="spellEnd"/>
      <w:r w:rsidRPr="00885804">
        <w:rPr>
          <w:rFonts w:ascii="Garamond" w:hAnsi="Garamond"/>
          <w:sz w:val="24"/>
          <w:szCs w:val="24"/>
        </w:rPr>
        <w:t xml:space="preserve"> u </w:t>
      </w:r>
      <w:proofErr w:type="spellStart"/>
      <w:r w:rsidRPr="00885804">
        <w:rPr>
          <w:rFonts w:ascii="Garamond" w:hAnsi="Garamond"/>
          <w:sz w:val="24"/>
          <w:szCs w:val="24"/>
        </w:rPr>
        <w:t>zidovima</w:t>
      </w:r>
      <w:proofErr w:type="spellEnd"/>
      <w:r w:rsidRPr="00885804">
        <w:rPr>
          <w:rFonts w:ascii="Garamond" w:hAnsi="Garamond"/>
          <w:sz w:val="24"/>
          <w:szCs w:val="24"/>
        </w:rPr>
        <w:t>.</w:t>
      </w:r>
    </w:p>
    <w:p w14:paraId="1D5F4B11" w14:textId="54473977" w:rsidR="00885804" w:rsidRPr="005A6A50" w:rsidRDefault="00885804" w:rsidP="004F642C">
      <w:pPr>
        <w:rPr>
          <w:rFonts w:ascii="Garamond" w:hAnsi="Garamond"/>
          <w:sz w:val="24"/>
          <w:szCs w:val="24"/>
        </w:rPr>
      </w:pPr>
      <w:proofErr w:type="spellStart"/>
      <w:r w:rsidRPr="00885804">
        <w:rPr>
          <w:rFonts w:ascii="Garamond" w:hAnsi="Garamond"/>
          <w:sz w:val="24"/>
          <w:szCs w:val="24"/>
        </w:rPr>
        <w:t>Kupac</w:t>
      </w:r>
      <w:proofErr w:type="spellEnd"/>
      <w:r w:rsidRPr="00885804">
        <w:rPr>
          <w:rFonts w:ascii="Garamond" w:hAnsi="Garamond"/>
          <w:sz w:val="24"/>
          <w:szCs w:val="24"/>
        </w:rPr>
        <w:t xml:space="preserve"> je </w:t>
      </w:r>
      <w:proofErr w:type="spellStart"/>
      <w:r w:rsidRPr="00885804">
        <w:rPr>
          <w:rFonts w:ascii="Garamond" w:hAnsi="Garamond"/>
          <w:sz w:val="24"/>
          <w:szCs w:val="24"/>
        </w:rPr>
        <w:t>dužan</w:t>
      </w:r>
      <w:proofErr w:type="spellEnd"/>
      <w:r w:rsidRPr="00885804">
        <w:rPr>
          <w:rFonts w:ascii="Garamond" w:hAnsi="Garamond"/>
          <w:sz w:val="24"/>
          <w:szCs w:val="24"/>
        </w:rPr>
        <w:t xml:space="preserve"> da </w:t>
      </w:r>
      <w:proofErr w:type="spellStart"/>
      <w:r w:rsidRPr="00885804">
        <w:rPr>
          <w:rFonts w:ascii="Garamond" w:hAnsi="Garamond"/>
          <w:sz w:val="24"/>
          <w:szCs w:val="24"/>
        </w:rPr>
        <w:t>uređaj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r w:rsidRPr="00885804">
        <w:rPr>
          <w:rFonts w:ascii="Garamond" w:hAnsi="Garamond"/>
          <w:b/>
          <w:bCs/>
          <w:sz w:val="24"/>
          <w:szCs w:val="24"/>
        </w:rPr>
        <w:t>BALANCE</w:t>
      </w:r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koristi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u </w:t>
      </w:r>
      <w:proofErr w:type="spellStart"/>
      <w:r w:rsidRPr="00885804">
        <w:rPr>
          <w:rFonts w:ascii="Garamond" w:hAnsi="Garamond"/>
          <w:sz w:val="24"/>
          <w:szCs w:val="24"/>
        </w:rPr>
        <w:t>skladu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sa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uputstvom</w:t>
      </w:r>
      <w:proofErr w:type="spellEnd"/>
      <w:r w:rsidRPr="00885804">
        <w:rPr>
          <w:rFonts w:ascii="Garamond" w:hAnsi="Garamond"/>
          <w:sz w:val="24"/>
          <w:szCs w:val="24"/>
        </w:rPr>
        <w:t xml:space="preserve"> za </w:t>
      </w:r>
      <w:proofErr w:type="spellStart"/>
      <w:r w:rsidRPr="00885804">
        <w:rPr>
          <w:rFonts w:ascii="Garamond" w:hAnsi="Garamond"/>
          <w:sz w:val="24"/>
          <w:szCs w:val="24"/>
        </w:rPr>
        <w:t>upotrebu</w:t>
      </w:r>
      <w:proofErr w:type="spellEnd"/>
      <w:r w:rsidRPr="00885804">
        <w:rPr>
          <w:rFonts w:ascii="Garamond" w:hAnsi="Garamond"/>
          <w:sz w:val="24"/>
          <w:szCs w:val="24"/>
        </w:rPr>
        <w:t xml:space="preserve">, </w:t>
      </w:r>
      <w:proofErr w:type="spellStart"/>
      <w:r w:rsidRPr="00885804">
        <w:rPr>
          <w:rFonts w:ascii="Garamond" w:hAnsi="Garamond"/>
          <w:sz w:val="24"/>
          <w:szCs w:val="24"/>
        </w:rPr>
        <w:t>tehničkim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specifikacijama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namenom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proizvoda</w:t>
      </w:r>
      <w:proofErr w:type="spellEnd"/>
      <w:r w:rsidRPr="00885804">
        <w:rPr>
          <w:rFonts w:ascii="Garamond" w:hAnsi="Garamond"/>
          <w:sz w:val="24"/>
          <w:szCs w:val="24"/>
        </w:rPr>
        <w:t xml:space="preserve">, </w:t>
      </w:r>
      <w:proofErr w:type="spellStart"/>
      <w:r w:rsidRPr="00885804">
        <w:rPr>
          <w:rFonts w:ascii="Garamond" w:hAnsi="Garamond"/>
          <w:sz w:val="24"/>
          <w:szCs w:val="24"/>
        </w:rPr>
        <w:t>koje</w:t>
      </w:r>
      <w:proofErr w:type="spellEnd"/>
      <w:r w:rsidRPr="00885804">
        <w:rPr>
          <w:rFonts w:ascii="Garamond" w:hAnsi="Garamond"/>
          <w:sz w:val="24"/>
          <w:szCs w:val="24"/>
        </w:rPr>
        <w:t xml:space="preserve"> mu se </w:t>
      </w:r>
      <w:proofErr w:type="spellStart"/>
      <w:r w:rsidRPr="00885804">
        <w:rPr>
          <w:rFonts w:ascii="Garamond" w:hAnsi="Garamond"/>
          <w:sz w:val="24"/>
          <w:szCs w:val="24"/>
        </w:rPr>
        <w:t>predaje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prilikom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isporuke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uređaja</w:t>
      </w:r>
      <w:proofErr w:type="spellEnd"/>
      <w:r w:rsidRPr="00885804">
        <w:rPr>
          <w:rFonts w:ascii="Garamond" w:hAnsi="Garamond"/>
          <w:sz w:val="24"/>
          <w:szCs w:val="24"/>
        </w:rPr>
        <w:t xml:space="preserve">, </w:t>
      </w:r>
      <w:proofErr w:type="spellStart"/>
      <w:r w:rsidRPr="00885804">
        <w:rPr>
          <w:rFonts w:ascii="Garamond" w:hAnsi="Garamond"/>
          <w:sz w:val="24"/>
          <w:szCs w:val="24"/>
        </w:rPr>
        <w:t>čime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Kupac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potvrđuje</w:t>
      </w:r>
      <w:proofErr w:type="spellEnd"/>
      <w:r w:rsidRPr="00885804">
        <w:rPr>
          <w:rFonts w:ascii="Garamond" w:hAnsi="Garamond"/>
          <w:sz w:val="24"/>
          <w:szCs w:val="24"/>
        </w:rPr>
        <w:t xml:space="preserve"> da je </w:t>
      </w:r>
      <w:proofErr w:type="spellStart"/>
      <w:r w:rsidRPr="00885804">
        <w:rPr>
          <w:rFonts w:ascii="Garamond" w:hAnsi="Garamond"/>
          <w:sz w:val="24"/>
          <w:szCs w:val="24"/>
        </w:rPr>
        <w:t>isto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primio</w:t>
      </w:r>
      <w:proofErr w:type="spellEnd"/>
      <w:r w:rsidRPr="00885804">
        <w:rPr>
          <w:rFonts w:ascii="Garamond" w:hAnsi="Garamond"/>
          <w:sz w:val="24"/>
          <w:szCs w:val="24"/>
        </w:rPr>
        <w:t xml:space="preserve">, </w:t>
      </w:r>
      <w:proofErr w:type="spellStart"/>
      <w:r w:rsidRPr="00885804">
        <w:rPr>
          <w:rFonts w:ascii="Garamond" w:hAnsi="Garamond"/>
          <w:sz w:val="24"/>
          <w:szCs w:val="24"/>
        </w:rPr>
        <w:t>kao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da </w:t>
      </w:r>
      <w:proofErr w:type="spellStart"/>
      <w:r w:rsidRPr="00885804">
        <w:rPr>
          <w:rFonts w:ascii="Garamond" w:hAnsi="Garamond"/>
          <w:sz w:val="24"/>
          <w:szCs w:val="24"/>
        </w:rPr>
        <w:t>obezbedi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pravilnu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instalaciju</w:t>
      </w:r>
      <w:proofErr w:type="spellEnd"/>
      <w:r w:rsidRPr="00885804">
        <w:rPr>
          <w:rFonts w:ascii="Garamond" w:hAnsi="Garamond"/>
          <w:sz w:val="24"/>
          <w:szCs w:val="24"/>
        </w:rPr>
        <w:t xml:space="preserve">, </w:t>
      </w:r>
      <w:proofErr w:type="spellStart"/>
      <w:r w:rsidRPr="00885804">
        <w:rPr>
          <w:rFonts w:ascii="Garamond" w:hAnsi="Garamond"/>
          <w:sz w:val="24"/>
          <w:szCs w:val="24"/>
        </w:rPr>
        <w:t>redovno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održavanje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upotrebu</w:t>
      </w:r>
      <w:proofErr w:type="spellEnd"/>
      <w:r w:rsidRPr="00885804">
        <w:rPr>
          <w:rFonts w:ascii="Garamond" w:hAnsi="Garamond"/>
          <w:sz w:val="24"/>
          <w:szCs w:val="24"/>
        </w:rPr>
        <w:t xml:space="preserve"> u </w:t>
      </w:r>
      <w:proofErr w:type="spellStart"/>
      <w:r w:rsidRPr="00885804">
        <w:rPr>
          <w:rFonts w:ascii="Garamond" w:hAnsi="Garamond"/>
          <w:sz w:val="24"/>
          <w:szCs w:val="24"/>
        </w:rPr>
        <w:t>uslovima</w:t>
      </w:r>
      <w:proofErr w:type="spellEnd"/>
      <w:r w:rsidRPr="00885804">
        <w:rPr>
          <w:rFonts w:ascii="Garamond" w:hAnsi="Garamond"/>
          <w:sz w:val="24"/>
          <w:szCs w:val="24"/>
        </w:rPr>
        <w:t xml:space="preserve"> za </w:t>
      </w:r>
      <w:proofErr w:type="spellStart"/>
      <w:r w:rsidRPr="00885804">
        <w:rPr>
          <w:rFonts w:ascii="Garamond" w:hAnsi="Garamond"/>
          <w:sz w:val="24"/>
          <w:szCs w:val="24"/>
        </w:rPr>
        <w:t>koje</w:t>
      </w:r>
      <w:proofErr w:type="spellEnd"/>
      <w:r w:rsidRPr="00885804">
        <w:rPr>
          <w:rFonts w:ascii="Garamond" w:hAnsi="Garamond"/>
          <w:sz w:val="24"/>
          <w:szCs w:val="24"/>
        </w:rPr>
        <w:t xml:space="preserve"> je </w:t>
      </w:r>
      <w:proofErr w:type="spellStart"/>
      <w:r w:rsidRPr="00885804">
        <w:rPr>
          <w:rFonts w:ascii="Garamond" w:hAnsi="Garamond"/>
          <w:sz w:val="24"/>
          <w:szCs w:val="24"/>
        </w:rPr>
        <w:t>uređaj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predviđen</w:t>
      </w:r>
      <w:proofErr w:type="spellEnd"/>
      <w:r w:rsidRPr="00885804">
        <w:rPr>
          <w:rFonts w:ascii="Garamond" w:hAnsi="Garamond"/>
          <w:sz w:val="24"/>
          <w:szCs w:val="24"/>
        </w:rPr>
        <w:t xml:space="preserve">, </w:t>
      </w:r>
      <w:proofErr w:type="spellStart"/>
      <w:r w:rsidRPr="00885804">
        <w:rPr>
          <w:rFonts w:ascii="Garamond" w:hAnsi="Garamond"/>
          <w:sz w:val="24"/>
          <w:szCs w:val="24"/>
        </w:rPr>
        <w:t>radi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obezbeđenja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pravilnog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i</w:t>
      </w:r>
      <w:proofErr w:type="spellEnd"/>
      <w:r w:rsidRPr="00885804">
        <w:rPr>
          <w:rFonts w:ascii="Garamond" w:hAnsi="Garamond"/>
          <w:sz w:val="24"/>
          <w:szCs w:val="24"/>
        </w:rPr>
        <w:t xml:space="preserve"> </w:t>
      </w:r>
      <w:proofErr w:type="spellStart"/>
      <w:r w:rsidRPr="00885804">
        <w:rPr>
          <w:rFonts w:ascii="Garamond" w:hAnsi="Garamond"/>
          <w:sz w:val="24"/>
          <w:szCs w:val="24"/>
        </w:rPr>
        <w:t>bezbednog</w:t>
      </w:r>
      <w:proofErr w:type="spellEnd"/>
      <w:r w:rsidRPr="00885804">
        <w:rPr>
          <w:rFonts w:ascii="Garamond" w:hAnsi="Garamond"/>
          <w:sz w:val="24"/>
          <w:szCs w:val="24"/>
        </w:rPr>
        <w:t xml:space="preserve"> rada </w:t>
      </w:r>
      <w:proofErr w:type="spellStart"/>
      <w:r w:rsidRPr="00885804">
        <w:rPr>
          <w:rFonts w:ascii="Garamond" w:hAnsi="Garamond"/>
          <w:sz w:val="24"/>
          <w:szCs w:val="24"/>
        </w:rPr>
        <w:t>uređaja</w:t>
      </w:r>
      <w:proofErr w:type="spellEnd"/>
      <w:r w:rsidRPr="00885804">
        <w:rPr>
          <w:rFonts w:ascii="Garamond" w:hAnsi="Garamond"/>
          <w:sz w:val="24"/>
          <w:szCs w:val="24"/>
        </w:rPr>
        <w:t>.</w:t>
      </w:r>
    </w:p>
    <w:p w14:paraId="5144F283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lastRenderedPageBreak/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4.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Isporuka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i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montaža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148A379F" w14:textId="156B526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Montaža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isključivo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od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strane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drugog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lica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odredi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čemu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trajno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pričvršćuje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/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ugrađuje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zid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objekta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Skidanjem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nakon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montaže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ne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vratiti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prvobitno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dalje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koristiti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ispravan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što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izričito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prihvata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</w:r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Roba se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predatom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isporučenom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Kupcu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onog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trenutka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kada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BALANCE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trajno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pričvršćen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/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ugrađen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zid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objekta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činom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završetka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montaže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, bez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obzira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to da li je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istog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dana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izvršeno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njegovo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puštanje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u rad.</w:t>
      </w:r>
    </w:p>
    <w:p w14:paraId="0E53A37A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5.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Gubitak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prava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jasan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razumljiv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obavestio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podatku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koristi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okolnostima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pod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gubi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ukoliko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nema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članom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36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Zakona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naročito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:</w:t>
      </w:r>
      <w:r w:rsidRPr="006C0A2C">
        <w:rPr>
          <w:rFonts w:ascii="Garamond" w:hAnsi="Garamond"/>
          <w:sz w:val="24"/>
          <w:szCs w:val="24"/>
          <w:lang w:val="en-GB"/>
        </w:rPr>
        <w:br/>
        <w:t xml:space="preserve">–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36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stav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1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tačka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1: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pružanja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usluge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nakon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što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usluga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potpunosti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ako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pružanje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usluge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počelo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nakon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izričite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prethodne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saglasnosti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uz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njegovu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potvrdu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gubi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kada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trgovac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potpunosti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;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br/>
        <w:t xml:space="preserve">–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36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stav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1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tačka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4: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isporuke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robe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podložna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pogoršanju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kvaliteta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15848816" w14:textId="5D18752A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Danom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završetka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montaže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da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usluga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potpunosti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potvrđuje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saglasan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danom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montaže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gubi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imajući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vidu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trajno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pričvršćuje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za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zid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njegovim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skidanjem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vratiti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prvobitno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upotrebljivim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2D28F155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6. (Reklamacije)</w:t>
      </w:r>
    </w:p>
    <w:p w14:paraId="186565BF" w14:textId="39B34348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podnese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reklamaciju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zbog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nesaobraznosti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proizvoda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Zakonom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kao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Pravilnikom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rešavanja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reklamacije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će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uručiti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obrazac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reklamacije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prilikom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zaključenja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izjavljuje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potvrđuje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da mu je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navedeni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Pravilnik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dostavljen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da je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njegovim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sadržajem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upoznat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.</w:t>
      </w:r>
    </w:p>
    <w:p w14:paraId="37C99BD1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</w:p>
    <w:p w14:paraId="771DA8AD" w14:textId="5FEA3A40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7.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Garancija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  <w:r w:rsidRPr="006C0A2C">
        <w:rPr>
          <w:rFonts w:ascii="Garamond" w:hAnsi="Garamond"/>
          <w:sz w:val="24"/>
          <w:szCs w:val="24"/>
          <w:lang w:val="en-GB"/>
        </w:rPr>
        <w:br/>
      </w:r>
    </w:p>
    <w:p w14:paraId="47DCEE4E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sz w:val="24"/>
          <w:szCs w:val="24"/>
          <w:lang w:val="en-GB"/>
        </w:rPr>
        <w:t>Garancija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važi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garancijskim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listom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važećim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propisima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upoznat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garancije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ostvarivanja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garancije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kroz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Pravilnik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lastRenderedPageBreak/>
        <w:t>uslovima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rešavanja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reklamacije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koji mu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dostavljen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prilikom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zaključenja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ovog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4ABDB37C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sv-SE"/>
        </w:rPr>
      </w:pPr>
      <w:r w:rsidRPr="006C0A2C">
        <w:rPr>
          <w:rFonts w:ascii="Garamond" w:hAnsi="Garamond"/>
          <w:b/>
          <w:bCs/>
          <w:sz w:val="24"/>
          <w:szCs w:val="24"/>
          <w:lang w:val="sv-SE"/>
        </w:rPr>
        <w:t>Član 8. (Pravo na raskid ugovora)</w:t>
      </w:r>
    </w:p>
    <w:p w14:paraId="6A9B7EE0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sv-SE"/>
        </w:rPr>
      </w:pPr>
      <w:r w:rsidRPr="006C0A2C">
        <w:rPr>
          <w:rFonts w:ascii="Garamond" w:hAnsi="Garamond"/>
          <w:sz w:val="24"/>
          <w:szCs w:val="24"/>
          <w:lang w:val="sv-SE"/>
        </w:rPr>
        <w:t>Prodavac SHV ima pravo da jednostavno raskine ugovor u slučaju neispunjenja ili delimičnog ispunjenja bilo koje ugovorne obaveze Kupca, o čemu Kupca obaveštava pisanim putem.</w:t>
      </w:r>
      <w:r w:rsidRPr="006C0A2C">
        <w:rPr>
          <w:rFonts w:ascii="Garamond" w:hAnsi="Garamond"/>
          <w:sz w:val="24"/>
          <w:szCs w:val="24"/>
          <w:lang w:val="sv-SE"/>
        </w:rPr>
        <w:br/>
        <w:t>Kupac ima pravo da jednostavno raskine ugovor u slučaju neispunjenja ili delimičnog ispunjenja ugovornih obaveza od strane SHV, uz obavezu pismenog obaveštenja Prodavcu.</w:t>
      </w:r>
    </w:p>
    <w:p w14:paraId="6A5F479E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koji je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celosti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platio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otkaže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dostavljanjem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pisanog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obaveštenja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otkazu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70332DD1" w14:textId="77777777" w:rsidR="00BB2739" w:rsidRPr="00BB2739" w:rsidRDefault="00BB2739" w:rsidP="00BB2739">
      <w:pPr>
        <w:rPr>
          <w:rFonts w:ascii="Garamond" w:hAnsi="Garamond"/>
          <w:sz w:val="24"/>
          <w:szCs w:val="24"/>
        </w:rPr>
      </w:pP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ima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pravo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</w:t>
      </w:r>
      <w:proofErr w:type="spellStart"/>
      <w:r w:rsidRPr="00BB2739">
        <w:rPr>
          <w:rFonts w:ascii="Garamond" w:hAnsi="Garamond"/>
          <w:sz w:val="24"/>
          <w:szCs w:val="24"/>
        </w:rPr>
        <w:t>jednostrano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raskine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ovaj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najkasnije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do dana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izvršenja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montaže</w:t>
      </w:r>
      <w:proofErr w:type="spellEnd"/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dostavljanjem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pisanog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obaveštenja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Prodavcu</w:t>
      </w:r>
      <w:proofErr w:type="spellEnd"/>
      <w:r w:rsidRPr="00BB2739">
        <w:rPr>
          <w:rFonts w:ascii="Garamond" w:hAnsi="Garamond"/>
          <w:sz w:val="24"/>
          <w:szCs w:val="24"/>
        </w:rPr>
        <w:t>.</w:t>
      </w:r>
    </w:p>
    <w:p w14:paraId="7671A488" w14:textId="77777777" w:rsidR="00BB2739" w:rsidRPr="00BB2739" w:rsidRDefault="00BB2739" w:rsidP="00BB2739">
      <w:pPr>
        <w:rPr>
          <w:rFonts w:ascii="Garamond" w:hAnsi="Garamond"/>
          <w:sz w:val="24"/>
          <w:szCs w:val="24"/>
        </w:rPr>
      </w:pPr>
      <w:r w:rsidRPr="00BB2739">
        <w:rPr>
          <w:rFonts w:ascii="Garamond" w:hAnsi="Garamond"/>
          <w:sz w:val="24"/>
          <w:szCs w:val="24"/>
        </w:rPr>
        <w:t xml:space="preserve">U </w:t>
      </w:r>
      <w:proofErr w:type="spellStart"/>
      <w:r w:rsidRPr="00BB2739">
        <w:rPr>
          <w:rFonts w:ascii="Garamond" w:hAnsi="Garamond"/>
          <w:sz w:val="24"/>
          <w:szCs w:val="24"/>
        </w:rPr>
        <w:t>slučaju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raskida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otkaza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ili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prestanka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iz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razloga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za </w:t>
      </w:r>
      <w:proofErr w:type="spellStart"/>
      <w:r w:rsidRPr="00BB2739">
        <w:rPr>
          <w:rFonts w:ascii="Garamond" w:hAnsi="Garamond"/>
          <w:sz w:val="24"/>
          <w:szCs w:val="24"/>
        </w:rPr>
        <w:t>koje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odgovara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je </w:t>
      </w:r>
      <w:proofErr w:type="spellStart"/>
      <w:r w:rsidRPr="00BB2739">
        <w:rPr>
          <w:rFonts w:ascii="Garamond" w:hAnsi="Garamond"/>
          <w:sz w:val="24"/>
          <w:szCs w:val="24"/>
        </w:rPr>
        <w:t>dužan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</w:t>
      </w:r>
      <w:proofErr w:type="spellStart"/>
      <w:r w:rsidRPr="00BB2739">
        <w:rPr>
          <w:rFonts w:ascii="Garamond" w:hAnsi="Garamond"/>
          <w:sz w:val="24"/>
          <w:szCs w:val="24"/>
        </w:rPr>
        <w:t>Prodavcu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nadoknadi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štetu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u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paušalnom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iznosu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od 25%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vrednosti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ugovorene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robe</w:t>
      </w:r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kao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ugovornu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naknadu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štete</w:t>
      </w:r>
      <w:proofErr w:type="spellEnd"/>
      <w:r w:rsidRPr="00BB2739">
        <w:rPr>
          <w:rFonts w:ascii="Garamond" w:hAnsi="Garamond"/>
          <w:sz w:val="24"/>
          <w:szCs w:val="24"/>
        </w:rPr>
        <w:t>.</w:t>
      </w:r>
    </w:p>
    <w:p w14:paraId="00C1EE1F" w14:textId="77777777" w:rsidR="00BB2739" w:rsidRPr="00BB2739" w:rsidRDefault="00BB2739" w:rsidP="00BB2739">
      <w:pPr>
        <w:rPr>
          <w:rFonts w:ascii="Garamond" w:hAnsi="Garamond"/>
          <w:sz w:val="24"/>
          <w:szCs w:val="24"/>
        </w:rPr>
      </w:pP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ovlašćuje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Prodavca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</w:t>
      </w:r>
      <w:proofErr w:type="spellStart"/>
      <w:r w:rsidRPr="00BB2739">
        <w:rPr>
          <w:rFonts w:ascii="Garamond" w:hAnsi="Garamond"/>
          <w:sz w:val="24"/>
          <w:szCs w:val="24"/>
        </w:rPr>
        <w:t>izvrši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prebijanje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(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kompenzaciju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>)</w:t>
      </w:r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potraživanja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po </w:t>
      </w:r>
      <w:proofErr w:type="spellStart"/>
      <w:r w:rsidRPr="00BB2739">
        <w:rPr>
          <w:rFonts w:ascii="Garamond" w:hAnsi="Garamond"/>
          <w:sz w:val="24"/>
          <w:szCs w:val="24"/>
        </w:rPr>
        <w:t>osnovu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naknade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štete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sa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iznosima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koje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je </w:t>
      </w: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uplatio</w:t>
      </w:r>
      <w:proofErr w:type="spellEnd"/>
      <w:r w:rsidRPr="00BB2739">
        <w:rPr>
          <w:rFonts w:ascii="Garamond" w:hAnsi="Garamond"/>
          <w:sz w:val="24"/>
          <w:szCs w:val="24"/>
        </w:rPr>
        <w:t xml:space="preserve"> po </w:t>
      </w:r>
      <w:proofErr w:type="spellStart"/>
      <w:r w:rsidRPr="00BB2739">
        <w:rPr>
          <w:rFonts w:ascii="Garamond" w:hAnsi="Garamond"/>
          <w:sz w:val="24"/>
          <w:szCs w:val="24"/>
        </w:rPr>
        <w:t>ovom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ugovoru</w:t>
      </w:r>
      <w:proofErr w:type="spellEnd"/>
      <w:r w:rsidRPr="00BB2739">
        <w:rPr>
          <w:rFonts w:ascii="Garamond" w:hAnsi="Garamond"/>
          <w:sz w:val="24"/>
          <w:szCs w:val="24"/>
        </w:rPr>
        <w:t>.</w:t>
      </w:r>
    </w:p>
    <w:p w14:paraId="2AD8C05A" w14:textId="77777777" w:rsidR="00BB2739" w:rsidRPr="00BB2739" w:rsidRDefault="00BB2739" w:rsidP="00BB2739">
      <w:pPr>
        <w:rPr>
          <w:rFonts w:ascii="Garamond" w:hAnsi="Garamond"/>
          <w:sz w:val="24"/>
          <w:szCs w:val="24"/>
        </w:rPr>
      </w:pPr>
      <w:r w:rsidRPr="00BB2739">
        <w:rPr>
          <w:rFonts w:ascii="Garamond" w:hAnsi="Garamond"/>
          <w:sz w:val="24"/>
          <w:szCs w:val="24"/>
        </w:rPr>
        <w:t xml:space="preserve">U </w:t>
      </w:r>
      <w:proofErr w:type="spellStart"/>
      <w:r w:rsidRPr="00BB2739">
        <w:rPr>
          <w:rFonts w:ascii="Garamond" w:hAnsi="Garamond"/>
          <w:sz w:val="24"/>
          <w:szCs w:val="24"/>
        </w:rPr>
        <w:t>slučaju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do </w:t>
      </w:r>
      <w:proofErr w:type="spellStart"/>
      <w:r w:rsidRPr="00BB2739">
        <w:rPr>
          <w:rFonts w:ascii="Garamond" w:hAnsi="Garamond"/>
          <w:sz w:val="24"/>
          <w:szCs w:val="24"/>
        </w:rPr>
        <w:t>raskida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dođe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iz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razloga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za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koje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odgovara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Prodavac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Prodavac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je </w:t>
      </w:r>
      <w:proofErr w:type="spellStart"/>
      <w:r w:rsidRPr="00BB2739">
        <w:rPr>
          <w:rFonts w:ascii="Garamond" w:hAnsi="Garamond"/>
          <w:sz w:val="24"/>
          <w:szCs w:val="24"/>
        </w:rPr>
        <w:t>dužan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</w:t>
      </w:r>
      <w:proofErr w:type="spellStart"/>
      <w:r w:rsidRPr="00BB2739">
        <w:rPr>
          <w:rFonts w:ascii="Garamond" w:hAnsi="Garamond"/>
          <w:sz w:val="24"/>
          <w:szCs w:val="24"/>
        </w:rPr>
        <w:t>Kupcu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vrati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primljeni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avans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u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celosti</w:t>
      </w:r>
      <w:proofErr w:type="spellEnd"/>
    </w:p>
    <w:p w14:paraId="46F2D64D" w14:textId="2579A3D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</w:p>
    <w:p w14:paraId="6D1428ED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sv-SE"/>
        </w:rPr>
      </w:pPr>
      <w:r w:rsidRPr="006C0A2C">
        <w:rPr>
          <w:rFonts w:ascii="Garamond" w:hAnsi="Garamond"/>
          <w:b/>
          <w:bCs/>
          <w:sz w:val="24"/>
          <w:szCs w:val="24"/>
          <w:lang w:val="sv-SE"/>
        </w:rPr>
        <w:t>Član 9. (Upotreba podataka i prenos prava)</w:t>
      </w:r>
    </w:p>
    <w:p w14:paraId="39730DF3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sv-SE"/>
        </w:rPr>
      </w:pPr>
      <w:r w:rsidRPr="006C0A2C">
        <w:rPr>
          <w:rFonts w:ascii="Garamond" w:hAnsi="Garamond"/>
          <w:sz w:val="24"/>
          <w:szCs w:val="24"/>
          <w:lang w:val="sv-SE"/>
        </w:rPr>
        <w:t>Potpisivanjem ugovora Kupac daje saglasnost da SHV koristi njegove lične podatke (adresu, telefon, e-mail i druge dostavljene podatke) radi kontakta i dostavljanja obaveštenja o svojim uslugama i aktivnostima, korišćenjem svih sredstava poslovne komunikacije.</w:t>
      </w:r>
      <w:r w:rsidRPr="006C0A2C">
        <w:rPr>
          <w:rFonts w:ascii="Garamond" w:hAnsi="Garamond"/>
          <w:sz w:val="24"/>
          <w:szCs w:val="24"/>
          <w:lang w:val="sv-SE"/>
        </w:rPr>
        <w:br/>
        <w:t>Kupac može u svakom trenutku povući dati pristanak.</w:t>
      </w:r>
    </w:p>
    <w:p w14:paraId="0DEAF4E1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sv-SE"/>
        </w:rPr>
      </w:pPr>
      <w:r w:rsidRPr="006C0A2C">
        <w:rPr>
          <w:rFonts w:ascii="Garamond" w:hAnsi="Garamond"/>
          <w:sz w:val="24"/>
          <w:szCs w:val="24"/>
          <w:lang w:val="sv-SE"/>
        </w:rPr>
        <w:t>Primena odredbi ovog člana ne isključuje primenu propisa o zaštiti podataka o ličnosti.</w:t>
      </w:r>
    </w:p>
    <w:p w14:paraId="4D54EF75" w14:textId="5E91359B" w:rsidR="004F642C" w:rsidRPr="00895328" w:rsidRDefault="004F642C" w:rsidP="004F642C">
      <w:pPr>
        <w:rPr>
          <w:rFonts w:ascii="Garamond" w:hAnsi="Garamond"/>
          <w:sz w:val="24"/>
          <w:szCs w:val="24"/>
          <w:lang w:val="sv-SE"/>
        </w:rPr>
      </w:pPr>
      <w:r w:rsidRPr="006C0A2C">
        <w:rPr>
          <w:rFonts w:ascii="Garamond" w:hAnsi="Garamond"/>
          <w:sz w:val="24"/>
          <w:szCs w:val="24"/>
          <w:lang w:val="sv-SE"/>
        </w:rPr>
        <w:t>SHV može preneti prava i obaveze iz ovog ugovora na treće lice, pod uslovom da se time ne umanjuju prava Kupca i uz prethodnu pismenu saglasnost Kupca.</w:t>
      </w:r>
    </w:p>
    <w:p w14:paraId="4E7326E2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10.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Dostavljanje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obaveštenja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završne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odredbe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32A77B9A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sz w:val="24"/>
          <w:szCs w:val="24"/>
          <w:lang w:val="en-GB"/>
        </w:rPr>
        <w:t>Sva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obaveštenja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između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ugovornih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strana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dostavljaju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pisanim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putem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putem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preporučene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pošiljke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Dan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slanja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preporučene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pošiljke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danom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urednog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prijema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  <w:t xml:space="preserve">Ako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pošiljka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biti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uručena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adresu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navedenu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odnosno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lastRenderedPageBreak/>
        <w:t>naknadno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adresu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ako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Kupac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odbije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da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uredno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izvršeno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5E3D9211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t xml:space="preserve">Za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sva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pitanja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nisu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ovim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primenjuju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odredbe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Zakona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obligacionim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odnosima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Zakona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drugi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važeći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propisi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6CBFA495" w14:textId="77777777" w:rsidR="004F642C" w:rsidRPr="006C0A2C" w:rsidRDefault="004F642C">
      <w:pPr>
        <w:rPr>
          <w:rFonts w:ascii="Garamond" w:hAnsi="Garamond"/>
          <w:sz w:val="24"/>
          <w:szCs w:val="24"/>
          <w:lang w:val="en-GB"/>
        </w:rPr>
      </w:pPr>
    </w:p>
    <w:sectPr w:rsidR="004F642C" w:rsidRPr="006C0A2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130C7B"/>
    <w:multiLevelType w:val="multilevel"/>
    <w:tmpl w:val="E2240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22371A"/>
    <w:multiLevelType w:val="multilevel"/>
    <w:tmpl w:val="62D4D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AD1DE2"/>
    <w:multiLevelType w:val="multilevel"/>
    <w:tmpl w:val="5DFC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1233665">
    <w:abstractNumId w:val="8"/>
  </w:num>
  <w:num w:numId="2" w16cid:durableId="1402143485">
    <w:abstractNumId w:val="6"/>
  </w:num>
  <w:num w:numId="3" w16cid:durableId="109134156">
    <w:abstractNumId w:val="5"/>
  </w:num>
  <w:num w:numId="4" w16cid:durableId="1114056368">
    <w:abstractNumId w:val="4"/>
  </w:num>
  <w:num w:numId="5" w16cid:durableId="199978839">
    <w:abstractNumId w:val="7"/>
  </w:num>
  <w:num w:numId="6" w16cid:durableId="1677464945">
    <w:abstractNumId w:val="3"/>
  </w:num>
  <w:num w:numId="7" w16cid:durableId="835146814">
    <w:abstractNumId w:val="2"/>
  </w:num>
  <w:num w:numId="8" w16cid:durableId="678897504">
    <w:abstractNumId w:val="1"/>
  </w:num>
  <w:num w:numId="9" w16cid:durableId="143280011">
    <w:abstractNumId w:val="0"/>
  </w:num>
  <w:num w:numId="10" w16cid:durableId="1360399730">
    <w:abstractNumId w:val="9"/>
  </w:num>
  <w:num w:numId="11" w16cid:durableId="1167091203">
    <w:abstractNumId w:val="10"/>
  </w:num>
  <w:num w:numId="12" w16cid:durableId="6793570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00983"/>
    <w:rsid w:val="00216441"/>
    <w:rsid w:val="0029639D"/>
    <w:rsid w:val="00326F90"/>
    <w:rsid w:val="004F642C"/>
    <w:rsid w:val="00502FCA"/>
    <w:rsid w:val="005A6A50"/>
    <w:rsid w:val="005F4B37"/>
    <w:rsid w:val="006C0A2C"/>
    <w:rsid w:val="006C3F10"/>
    <w:rsid w:val="006D398A"/>
    <w:rsid w:val="00853D6E"/>
    <w:rsid w:val="00885804"/>
    <w:rsid w:val="00895328"/>
    <w:rsid w:val="00A525FB"/>
    <w:rsid w:val="00AA1D8D"/>
    <w:rsid w:val="00B47730"/>
    <w:rsid w:val="00BB2739"/>
    <w:rsid w:val="00CB0664"/>
    <w:rsid w:val="00D47981"/>
    <w:rsid w:val="00E54742"/>
    <w:rsid w:val="00FC693F"/>
    <w:rsid w:val="00FD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F93FAB"/>
  <w14:defaultImageDpi w14:val="300"/>
  <w15:docId w15:val="{2D318BB2-F0F2-4CBD-97E3-52514DC97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5F4B3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4B3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8580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1282</Words>
  <Characters>7309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8574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/>
  <cp:lastModifiedBy>User</cp:lastModifiedBy>
  <cp:revision>2</cp:revision>
  <dcterms:created xsi:type="dcterms:W3CDTF">2026-01-12T13:53:00Z</dcterms:created>
  <dcterms:modified xsi:type="dcterms:W3CDTF">2026-01-12T13:53:00Z</dcterms:modified>
  <cp:category/>
</cp:coreProperties>
</file>